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FISIOTHERAPIA PUERTOLLANO</w:t>
      </w:r>
    </w:p>
    <w:p>
      <w:r>
        <w:t>NIF B13362439.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Fisioterapia en el ámbito territorial de la Comunidad Autónoma de Castilla La Mancha (lote 6) · exp. N202400465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21.700,00 €</w:t>
            </w:r>
          </w:p>
        </w:tc>
        <w:tc>
          <w:tcPr>
            <w:tcW w:type="dxa" w:w="1440"/>
          </w:tcPr>
          <w:p>
            <w:r>
              <w:t>22/01/2025</w:t>
            </w:r>
          </w:p>
        </w:tc>
        <w:tc>
          <w:tcPr>
            <w:tcW w:type="dxa" w:w="1440"/>
          </w:tcPr>
          <w:p>
            <w:r>
              <w:t>01/03/2025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fisioterapia en la población de Puertollano. · exp. 029-2024-0198</w:t>
            </w:r>
          </w:p>
        </w:tc>
        <w:tc>
          <w:tcPr>
            <w:tcW w:type="dxa" w:w="1440"/>
          </w:tcPr>
          <w:p>
            <w:r>
              <w:t>Mutua Universal Mugenat, Mutua Colaboradora con la Seguridad Social nº 10 · NIF G08242463</w:t>
            </w:r>
          </w:p>
        </w:tc>
        <w:tc>
          <w:tcPr>
            <w:tcW w:type="dxa" w:w="1440"/>
          </w:tcPr>
          <w:p>
            <w:r>
              <w:t>15.517,90 €</w:t>
            </w:r>
          </w:p>
        </w:tc>
        <w:tc>
          <w:tcPr>
            <w:tcW w:type="dxa" w:w="1440"/>
          </w:tcPr>
          <w:p>
            <w:r>
              <w:t>17/07/2024</w:t>
            </w:r>
          </w:p>
        </w:tc>
        <w:tc>
          <w:tcPr>
            <w:tcW w:type="dxa" w:w="1440"/>
          </w:tcPr>
          <w:p>
            <w:r>
              <w:t>01/08/2024 – 01/08/2025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de fisioterapia en régimen ambulatorio en la localidad de Puertollano (Ciudad Real) · exp. CS-2024/1304/0003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18.000,00 €</w:t>
            </w:r>
          </w:p>
        </w:tc>
        <w:tc>
          <w:tcPr>
            <w:tcW w:type="dxa" w:w="1440"/>
          </w:tcPr>
          <w:p>
            <w:r>
              <w:t>11/03/2024</w:t>
            </w:r>
          </w:p>
        </w:tc>
        <w:tc>
          <w:tcPr>
            <w:tcW w:type="dxa" w:w="1440"/>
          </w:tcPr>
          <w:p>
            <w:r>
              <w:t>01/04/2024 – 01/04/2026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55.217,90 €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FISIOTHERAPIA PUERTOLLANO, con NIF B13362439, adjudicataria del contrato «Servicio de Fisioterapia en el ámbito territorial de la Comunidad Autónoma de Castilla La Mancha», lote 6, expediente N202400465, adjudicado el 22/01/2025 por 21.700,00 €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01/03/2025 a 01/03/2027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Universal Mugenat, Mutua Colaboradora con la Seguridad Social nº 10 (NIF G08242463)</w:t>
      </w:r>
    </w:p>
    <w:p>
      <w:r>
        <w:t xml:space="preserve">FISIOTHERAPIA PUERTOLLANO, con NIF B13362439, adjudicataria del contrato «Contratación del servicio de fisioterapia en la población de Puertollano.», expediente 029-2024-0198, adjudicado el 17/07/2024 por 15.517,90 €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01/08/2024 a 01/08/2025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FISIOTHERAPIA PUERTOLLANO, con NIF B13362439, adjudicataria del contrato «Servicio de asistencia sanitaria de fisioterapia en régimen ambulatorio en la localidad de Puertollano (Ciudad Real)», expediente CS-2024/1304/0003, adjudicado el 11/03/2024 por 18.000,00 €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01/04/2024 a 01/04/2026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