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ISIOSAUDE SANXENXO SL</w:t>
      </w:r>
    </w:p>
    <w:p>
      <w:r>
        <w:t>NIF B36585974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