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FISIOPILATES ALCAZAR S.L.</w:t>
      </w:r>
    </w:p>
    <w:p>
      <w:r>
        <w:t>NIF B13536081. Contratos públicos adjudicados en los tres últimos años (servicios), del 01/11/2023 al 01/11/2026,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Servicio de Fisioterapia en el ámbito territorial de la Comunidad Autónoma de Castilla La Mancha (lote 7) · exp. N202400465</w:t>
            </w:r>
          </w:p>
        </w:tc>
        <w:tc>
          <w:tcPr>
            <w:tcW w:type="dxa" w:w="1440"/>
          </w:tcPr>
          <w:p>
            <w:r>
              <w:t>Dirección General de la Mutual Midat Cyclops, Mutua Colaboradora con la Seguridad Social, nº 1 · NIF G64172513</w:t>
            </w:r>
          </w:p>
        </w:tc>
        <w:tc>
          <w:tcPr>
            <w:tcW w:type="dxa" w:w="1440"/>
          </w:tcPr>
          <w:p>
            <w:r>
              <w:t>37.210,00 €</w:t>
            </w:r>
          </w:p>
        </w:tc>
        <w:tc>
          <w:tcPr>
            <w:tcW w:type="dxa" w:w="1440"/>
          </w:tcPr>
          <w:p>
            <w:r>
              <w:t>19/05/2025</w:t>
            </w:r>
          </w:p>
        </w:tc>
        <w:tc>
          <w:tcPr>
            <w:tcW w:type="dxa" w:w="1440"/>
          </w:tcPr>
          <w:p>
            <w:r>
              <w:t>01/08/2025 – en curso</w:t>
            </w:r>
          </w:p>
        </w:tc>
        <w:tc>
          <w:tcPr>
            <w:tcW w:type="dxa" w:w="1440"/>
          </w:tcPr>
          <w:p>
            <w:r>
              <w:rPr>
                <w:highlight w:val="yellow"/>
              </w:rPr>
              <w:t>rellenar</w:t>
            </w:r>
          </w:p>
        </w:tc>
      </w:tr>
      <w:tr>
        <w:tc>
          <w:tcPr>
            <w:tcW w:type="dxa" w:w="1440"/>
          </w:tcPr>
          <w:p>
            <w:r>
              <w:t>Servicio de Fisioterapia en el ámbito territorial de Alcázar de San Juan (Ciudad Real) y área de influencia · exp. N202300144</w:t>
            </w:r>
          </w:p>
        </w:tc>
        <w:tc>
          <w:tcPr>
            <w:tcW w:type="dxa" w:w="1440"/>
          </w:tcPr>
          <w:p>
            <w:r>
              <w:t>Dirección General de la Mutual Midat Cyclops, Mutua Colaboradora con la Seguridad Social, nº 1 · NIF G64172513</w:t>
            </w:r>
          </w:p>
        </w:tc>
        <w:tc>
          <w:tcPr>
            <w:tcW w:type="dxa" w:w="1440"/>
          </w:tcPr>
          <w:p>
            <w:r>
              <w:t>27.500,00 €</w:t>
            </w:r>
          </w:p>
        </w:tc>
        <w:tc>
          <w:tcPr>
            <w:tcW w:type="dxa" w:w="1440"/>
          </w:tcPr>
          <w:p>
            <w:r>
              <w:t>03/05/2023</w:t>
            </w:r>
          </w:p>
        </w:tc>
        <w:tc>
          <w:tcPr>
            <w:tcW w:type="dxa" w:w="1440"/>
          </w:tcPr>
          <w:p>
            <w:r>
              <w:t>01/08/2023 – 01/08/2024</w:t>
            </w:r>
          </w:p>
        </w:tc>
        <w:tc>
          <w:tcPr>
            <w:tcW w:type="dxa" w:w="1440"/>
          </w:tcPr>
          <w:p>
            <w:r>
              <w:rPr>
                <w:highlight w:val="yellow"/>
              </w:rPr>
              <w:t>rellenar</w:t>
            </w:r>
          </w:p>
        </w:tc>
      </w:tr>
    </w:tbl>
    <w:p/>
    <w:p>
      <w:r>
        <w:rPr>
          <w:b/>
        </w:rPr>
        <w:t>Importe adjudicado en el periodo: 64.710,00 €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Dirección General de la Mutual Midat Cyclops, Mutua Colaboradora con la Seguridad Social, nº 1 (NIF G64172513)</w:t>
      </w:r>
    </w:p>
    <w:p>
      <w:r>
        <w:t xml:space="preserve">FISIOPILATES ALCAZAR S.L., con NIF B13536081, adjudicataria del contrato «Servicio de Fisioterapia en el ámbito territorial de la Comunidad Autónoma de Castilla La Mancha», lote 7, expediente N202400465, adjudicado el 19/05/2025 por 37.210,00 €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01/08/2025 a 01/08/2027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General de la Mutual Midat Cyclops, Mutua Colaboradora con la Seguridad Social, nº 1 (NIF G64172513)</w:t>
      </w:r>
    </w:p>
    <w:p>
      <w:r>
        <w:t xml:space="preserve">FISIOPILATES ALCAZAR S.L., con NIF B13536081, adjudicataria del contrato «Servicio de Fisioterapia en el ámbito territorial de Alcázar de San Juan (Ciudad Real) y área de influencia», expediente N202300144, adjudicado el 03/05/2023 por 27.500,00 €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01/08/2023 a 01/08/2024</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