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FISIOPILATES ALCAZAR S.L.</w:t>
      </w:r>
    </w:p>
    <w:p>
      <w:r>
        <w:t>NIF B13536081.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