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FICOSA AUTOMOTIVE, S.L.U</w:t>
      </w:r>
    </w:p>
    <w:p>
      <w:r>
        <w:t>NIF B65435117.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Compra Pública Precomercial de servicios de i+D para el desarrollo de prototipos de sistemas terrestres no tripulados (UGV) para misiones de seguridad y defensa que requieran del uso de medios pesados, eliminando el riesgo para el personal que las ejecuta con cargo al FONDO EUROPEO DE DESARROLLO REG (lote 2) · exp. CPP 01/2026 AB (DCCPI/OCPI)</w:t>
            </w:r>
          </w:p>
        </w:tc>
        <w:tc>
          <w:tcPr>
            <w:tcW w:type="dxa" w:w="1440"/>
          </w:tcPr>
          <w:p>
            <w:r>
              <w:t>Dirección General del Centro para el Desarrollo Tecnológico y la Innovación, E.P.E · NIF Q2820010C</w:t>
            </w:r>
          </w:p>
        </w:tc>
        <w:tc>
          <w:tcPr>
            <w:tcW w:type="dxa" w:w="1440"/>
          </w:tcPr>
          <w:p>
            <w:r>
              <w:t>2.367.338,84 €</w:t>
            </w:r>
          </w:p>
        </w:tc>
        <w:tc>
          <w:tcPr>
            <w:tcW w:type="dxa" w:w="1440"/>
          </w:tcPr>
          <w:p>
            <w:r>
              <w:t>24/09/2026</w:t>
            </w:r>
          </w:p>
        </w:tc>
        <w:tc>
          <w:tcPr>
            <w:tcW w:type="dxa" w:w="1440"/>
          </w:tcPr>
          <w:p>
            <w:r>
              <w:t>24/10/2026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Investigación y Desarrollo en tecnologías 6G, en el marco del Proyecto Coordinado “Tecnologías 6G que permiten la creación de gemelos digitales para la movilidad conectada y autónoma (CAM) en las carreteras” (lote 2) · exp. 2023071700</w:t>
            </w:r>
          </w:p>
        </w:tc>
        <w:tc>
          <w:tcPr>
            <w:tcW w:type="dxa" w:w="1440"/>
          </w:tcPr>
          <w:p>
            <w:r>
              <w:t>Fundació Privada I2CAT, Internet i Innovació Digital a Catalunya</w:t>
            </w:r>
          </w:p>
        </w:tc>
        <w:tc>
          <w:tcPr>
            <w:tcW w:type="dxa" w:w="1440"/>
          </w:tcPr>
          <w:p>
            <w:r>
              <w:t>79.999,98 €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Investigación y Desarrollo en tecnologías 6G, en el marco del Proyecto Coordinado “Tecnologías 6G que permiten la creación de gemelos digitales para la movilidad conectada y autónoma (CAM) en las carreteras” (lote 3) · exp. 2023071700</w:t>
            </w:r>
          </w:p>
        </w:tc>
        <w:tc>
          <w:tcPr>
            <w:tcW w:type="dxa" w:w="1440"/>
          </w:tcPr>
          <w:p>
            <w:r>
              <w:t>Fundació Privada I2CAT, Internet i Innovació Digital a Catalunya</w:t>
            </w:r>
          </w:p>
        </w:tc>
        <w:tc>
          <w:tcPr>
            <w:tcW w:type="dxa" w:w="1440"/>
          </w:tcPr>
          <w:p>
            <w:r>
              <w:t>70.000,00 €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Investigación y Desarrollo en tecnologías 6G, en el marco del Proyecto Coordinado “Tecnologías 6G que permiten la creación de gemelos digitales para la movilidad conectada y autónoma (CAM) en las carreteras” (lote 4) · exp. 2023071700</w:t>
            </w:r>
          </w:p>
        </w:tc>
        <w:tc>
          <w:tcPr>
            <w:tcW w:type="dxa" w:w="1440"/>
          </w:tcPr>
          <w:p>
            <w:r>
              <w:t>Fundació Privada I2CAT, Internet i Innovació Digital a Catalunya</w:t>
            </w:r>
          </w:p>
        </w:tc>
        <w:tc>
          <w:tcPr>
            <w:tcW w:type="dxa" w:w="1440"/>
          </w:tcPr>
          <w:p>
            <w:r>
              <w:t>38.750,00 €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2.556.088,82 €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Centro para el Desarrollo Tecnológico y la Innovación, E.P.E (NIF Q2820010C)</w:t>
      </w:r>
    </w:p>
    <w:p>
      <w:r>
        <w:t xml:space="preserve">FICOSA AUTOMOTIVE, S.L.U, con NIF B65435117, adjudicataria del contrato «Compra Pública Precomercial de servicios de i+D para el desarrollo de prototipos de sistemas terrestres no tripulados (UGV) para misiones de seguridad y defensa que requieran del uso de medios pesados, eliminando el riesgo para el personal que las ejecuta con cargo al FONDO EUROPEO DE DESARROLLO REG», lote 2, expediente CPP 01/2026 AB (DCCPI/OCPI), adjudicado el 24/09/2026 por 2.367.338,84 €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24/10/2026 a 24/04/2029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I2CAT, Internet i Innovació Digital a Catalunya</w:t>
      </w:r>
    </w:p>
    <w:p>
      <w:r>
        <w:t xml:space="preserve">FICOSA AUTOMOTIVE, S.L.U, con NIF B65435117, adjudicataria del contrato «Servicios de Investigación y Desarrollo en tecnologías 6G, en el marco del Proyecto Coordinado “Tecnologías 6G que permiten la creación de gemelos digitales para la movilidad conectada y autónoma (CAM) en las carreteras”», lote 2, expediente 2023071700, adjudicado el …… por 79.999,98 €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I2CAT, Internet i Innovació Digital a Catalunya</w:t>
      </w:r>
    </w:p>
    <w:p>
      <w:r>
        <w:t xml:space="preserve">FICOSA AUTOMOTIVE, S.L.U, con NIF B65435117, adjudicataria del contrato «Servicios de Investigación y Desarrollo en tecnologías 6G, en el marco del Proyecto Coordinado “Tecnologías 6G que permiten la creación de gemelos digitales para la movilidad conectada y autónoma (CAM) en las carreteras”», lote 3, expediente 2023071700, adjudicado el …… por 70.000,00 €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Privada I2CAT, Internet i Innovació Digital a Catalunya</w:t>
      </w:r>
    </w:p>
    <w:p>
      <w:r>
        <w:t xml:space="preserve">FICOSA AUTOMOTIVE, S.L.U, con NIF B65435117, adjudicataria del contrato «Servicios de Investigación y Desarrollo en tecnologías 6G, en el marco del Proyecto Coordinado “Tecnologías 6G que permiten la creación de gemelos digitales para la movilidad conectada y autónoma (CAM) en las carreteras”», lote 4, expediente 2023071700, adjudicado el …… por 38.750,00 €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