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Federació Salut Mental Catalunya</w:t>
      </w:r>
    </w:p>
    <w:p>
      <w:r>
        <w:t>NIF G61064242.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