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EUROPOLAR</w:t>
      </w:r>
    </w:p>
    <w:p>
      <w:r>
        <w:t>NIF B81945578.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equipo frigorífico de 400 kW Torrespaña · exp. S-04458-2025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19.710,00 €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21/11/2025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19.710,00 €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EUROPOLAR, con NIF B81945578, adjudicataria del contrato «Alquiler equipo frigorífico de 400 kW Torrespaña», expediente S-04458-2025, adjudicado el 07/11/2025 por 19.710,00 €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21/11/2025 a 20/11/2026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