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ESTUDIO DE INGENIERIA TRES MARES, S.L.U.</w:t>
      </w:r>
    </w:p>
    <w:p>
      <w:r>
        <w:t>NIF B39590195.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