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ESTABLECIMIENTOS ALVAREZ OVIEDO SA</w:t>
      </w:r>
    </w:p>
    <w:p>
      <w:r>
        <w:t>NIF A33060468.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