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ESTABLECIMIENTOS ALVAREZ OVIEDO SA</w:t>
      </w:r>
    </w:p>
    <w:p>
      <w:r>
        <w:t>NIF A33060468.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mobiliario y otro equipamiento destinado a las Escuelas Infantiles 0-3 años (lote 5) · exp. 2026000194</w:t>
            </w:r>
          </w:p>
        </w:tc>
        <w:tc>
          <w:tcPr>
            <w:tcW w:type="dxa" w:w="1440"/>
          </w:tcPr>
          <w:p>
            <w:r>
              <w:t>Consejería de Educación · NIF S3333001J</w:t>
            </w:r>
          </w:p>
        </w:tc>
        <w:tc>
          <w:tcPr>
            <w:tcW w:type="dxa" w:w="1440"/>
          </w:tcPr>
          <w:p>
            <w:r>
              <w:t>4.825,55 €</w:t>
            </w:r>
          </w:p>
        </w:tc>
        <w:tc>
          <w:tcPr>
            <w:tcW w:type="dxa" w:w="1440"/>
          </w:tcPr>
          <w:p>
            <w:r>
              <w:t>18/05/2026</w:t>
            </w:r>
          </w:p>
        </w:tc>
        <w:tc>
          <w:tcPr>
            <w:tcW w:type="dxa" w:w="1440"/>
          </w:tcPr>
          <w:p>
            <w:r>
              <w:t>21/05/2026 – 10/06/2026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mobiliario y otro equipamiento para Escuelas Infantiles dependientes de la Consejería de Educación (2ª fase) (lote 7) · exp. 2025000560</w:t>
            </w:r>
          </w:p>
        </w:tc>
        <w:tc>
          <w:tcPr>
            <w:tcW w:type="dxa" w:w="1440"/>
          </w:tcPr>
          <w:p>
            <w:r>
              <w:t>Consejería de Educación · NIF S3333001J</w:t>
            </w:r>
          </w:p>
        </w:tc>
        <w:tc>
          <w:tcPr>
            <w:tcW w:type="dxa" w:w="1440"/>
          </w:tcPr>
          <w:p>
            <w:r>
              <w:t>8.307,27 €</w:t>
            </w:r>
          </w:p>
        </w:tc>
        <w:tc>
          <w:tcPr>
            <w:tcW w:type="dxa" w:w="1440"/>
          </w:tcPr>
          <w:p>
            <w:r>
              <w:t>12/02/2026</w:t>
            </w:r>
          </w:p>
        </w:tc>
        <w:tc>
          <w:tcPr>
            <w:tcW w:type="dxa" w:w="1440"/>
          </w:tcPr>
          <w:p>
            <w:r>
              <w:t>27/02/2026 – 19/03/2026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menaje para CPR Santa Teresa, CPR Mixta, CPR El Cristo, CPR La Vega y Residencia de Llanes (lote 1) · exp. 2024001033</w:t>
            </w:r>
          </w:p>
        </w:tc>
        <w:tc>
          <w:tcPr>
            <w:tcW w:type="dxa" w:w="1440"/>
          </w:tcPr>
          <w:p>
            <w:r>
              <w:t>Organismo Autónomo Establecimientos Residenciales para Ancianos de Asturias · NIF Q8350062I</w:t>
            </w:r>
          </w:p>
        </w:tc>
        <w:tc>
          <w:tcPr>
            <w:tcW w:type="dxa" w:w="1440"/>
          </w:tcPr>
          <w:p>
            <w:r>
              <w:t>38.660,64 €</w:t>
            </w:r>
          </w:p>
        </w:tc>
        <w:tc>
          <w:tcPr>
            <w:tcW w:type="dxa" w:w="1440"/>
          </w:tcPr>
          <w:p>
            <w:r>
              <w:t>09/07/2025</w:t>
            </w:r>
          </w:p>
        </w:tc>
        <w:tc>
          <w:tcPr>
            <w:tcW w:type="dxa" w:w="1440"/>
          </w:tcPr>
          <w:p>
            <w:r>
              <w:t>09/08/2025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51.793,46 €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(NIF S3333001J)</w:t>
      </w:r>
    </w:p>
    <w:p>
      <w:r>
        <w:t xml:space="preserve">ESTABLECIMIENTOS ALVAREZ OVIEDO SA, con NIF A33060468, adjudicataria del contrato «Suministro de mobiliario y otro equipamiento destinado a las Escuelas Infantiles 0-3 años», lote 5, expediente 2026000194, adjudicado el 18/05/2026 por 4.825,55 €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21/05/2026 a 10/06/2026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(NIF S3333001J)</w:t>
      </w:r>
    </w:p>
    <w:p>
      <w:r>
        <w:t xml:space="preserve">ESTABLECIMIENTOS ALVAREZ OVIEDO SA, con NIF A33060468, adjudicataria del contrato «Suministro de mobiliario y otro equipamiento para Escuelas Infantiles dependientes de la Consejería de Educación (2ª fase)», lote 7, expediente 2025000560, adjudicado el 12/02/2026 por 8.307,27 €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27/02/2026 a 19/03/2026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Organismo Autónomo Establecimientos Residenciales para Ancianos de Asturias (NIF Q8350062I)</w:t>
      </w:r>
    </w:p>
    <w:p>
      <w:r>
        <w:t xml:space="preserve">ESTABLECIMIENTOS ALVAREZ OVIEDO SA, con NIF A33060468, adjudicataria del contrato «Suministro de menaje para CPR Santa Teresa, CPR Mixta, CPR El Cristo, CPR La Vega y Residencia de Llanes», lote 1, expediente 2024001033, adjudicado el 09/07/2025 por 38.660,64 €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09/08/2025 a 09/08/2027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