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Escuela Internacional de Esqui SL</w:t>
      </w:r>
    </w:p>
    <w:p>
      <w:r>
        <w:t>NIF B18041624. Contratos públicos adjudicados en los tres últimos años (servicios), del 06/11/2023 al 06/11/2026,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