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RULLS SL</w:t>
      </w:r>
    </w:p>
    <w:p>
      <w:r>
        <w:t>NIF B5532099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