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Errealkubo Koop.</w:t>
      </w:r>
    </w:p>
    <w:p>
      <w:r>
        <w:t>NIF F95585907.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