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ERGO VIDA SEGUROS Y REASEGUROS, S.A.</w:t>
      </w:r>
    </w:p>
    <w:p>
      <w:r>
        <w:t>NIF A79420899.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seguros del Ayuntamiento de Gata de Gorgos (lote 7) · exp. 470-2025</w:t>
            </w:r>
          </w:p>
        </w:tc>
        <w:tc>
          <w:tcPr>
            <w:tcW w:type="dxa" w:w="1440"/>
          </w:tcPr>
          <w:p>
            <w:r>
              <w:t>Ayuntamiento de Gata de Gorgos · NIF P0307100H</w:t>
            </w:r>
          </w:p>
        </w:tc>
        <w:tc>
          <w:tcPr>
            <w:tcW w:type="dxa" w:w="1440"/>
          </w:tcPr>
          <w:p>
            <w:r>
              <w:t>1.849,79 €</w:t>
            </w:r>
          </w:p>
        </w:tc>
        <w:tc>
          <w:tcPr>
            <w:tcW w:type="dxa" w:w="1440"/>
          </w:tcPr>
          <w:p>
            <w:r>
              <w:t>03/06/2025</w:t>
            </w:r>
          </w:p>
        </w:tc>
        <w:tc>
          <w:tcPr>
            <w:tcW w:type="dxa" w:w="1440"/>
          </w:tcPr>
          <w:p>
            <w:r>
              <w:t>03/07/2025 – 03/07/2026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1.849,79 €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Gata de Gorgos (NIF P0307100H)</w:t>
      </w:r>
    </w:p>
    <w:p>
      <w:r>
        <w:t xml:space="preserve">ERGO VIDA SEGUROS Y REASEGUROS, S.A., con NIF A79420899, adjudicataria del contrato «seguros del Ayuntamiento de Gata de Gorgos», lote 7, expediente 470-2025, adjudicado el 03/06/2025 por 1.849,79 €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03/07/2025 a 03/07/2026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