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EQUIPTURIS, S.L.U.</w:t>
      </w:r>
    </w:p>
    <w:p>
      <w:r>
        <w:t>NIF B58420290.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La realització de les obres de reforma i equipament de la línia de self service a l’alberg de Núria Xanascat, gestionat per l’Agència Catalana de la Joventut (ACJ) que forma part de la Xarxa Nacional d’albergs Socials de Catalunya (XANASCAT), situat a Vall de Núria, s/n al municipi de Queralbs. (lote 2) · exp. ACJ-2024-38</w:t>
            </w:r>
          </w:p>
        </w:tc>
        <w:tc>
          <w:tcPr>
            <w:tcW w:type="dxa" w:w="1440"/>
          </w:tcPr>
          <w:p>
            <w:r>
              <w:t>Agència Catalana de la Joventut</w:t>
            </w:r>
          </w:p>
        </w:tc>
        <w:tc>
          <w:tcPr>
            <w:tcW w:type="dxa" w:w="1440"/>
          </w:tcPr>
          <w:p>
            <w:r>
              <w:t>29.311,06 €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29/10/2024 – 31/12/2024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29.311,06 €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Agència Catalana de la Joventut</w:t>
      </w:r>
    </w:p>
    <w:p>
      <w:r>
        <w:t xml:space="preserve">EQUIPTURIS, S.L.U., con NIF B58420290, adjudicataria del contrato «La realització de les obres de reforma i equipament de la línia de self service a l’alberg de Núria Xanascat, gestionat per l’Agència Catalana de la Joventut (ACJ) que forma part de la Xarxa Nacional d’albergs Socials de Catalunya (XANASCAT), situat a Vall de Núria, s/n al municipi de Queralbs.», lote 2, expediente ACJ-2024-38, adjudicado el …… por 29.311,06 €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29/10/2024 a 31/12/2024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