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EQUIPTURIS, S.L.U.</w:t>
      </w:r>
    </w:p>
    <w:p>
      <w:r>
        <w:t>NIF B58420290. Contratos públicos adjudicados en los tres últimos años (servicios), del 02/11/2023 al 02/11/2026, suministros.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Diseño funcional y equipamiento de la escuela de hostelería del Ayuntamiento de Alcázar de San Juan. (lote 1) · exp. 10/2026 Suministros (Mixto)</w:t>
            </w:r>
          </w:p>
        </w:tc>
        <w:tc>
          <w:tcPr>
            <w:tcW w:type="dxa" w:w="1440"/>
          </w:tcPr>
          <w:p>
            <w:r>
              <w:t>Concejalía Delegada de Contratación del Ayuntamiento de Alcázar de San Juan · NIF P1300500D</w:t>
            </w:r>
          </w:p>
        </w:tc>
        <w:tc>
          <w:tcPr>
            <w:tcW w:type="dxa" w:w="1440"/>
          </w:tcPr>
          <w:p>
            <w:r>
              <w:t>265.085,21 €</w:t>
            </w:r>
          </w:p>
        </w:tc>
        <w:tc>
          <w:tcPr>
            <w:tcW w:type="dxa" w:w="1440"/>
          </w:tcPr>
          <w:p>
            <w:r>
              <w:t>17/09/2026</w:t>
            </w:r>
          </w:p>
        </w:tc>
        <w:tc>
          <w:tcPr>
            <w:tcW w:type="dxa" w:w="1440"/>
          </w:tcPr>
          <w:p>
            <w:r>
              <w:t>20/10/2026 – en curso</w:t>
            </w:r>
          </w:p>
        </w:tc>
        <w:tc>
          <w:tcPr>
            <w:tcW w:type="dxa" w:w="1440"/>
          </w:tcPr>
          <w:p>
            <w:r>
              <w:rPr>
                <w:highlight w:val="yellow"/>
              </w:rPr>
              <w:t>rellenar</w:t>
            </w:r>
          </w:p>
        </w:tc>
      </w:tr>
      <w:tr>
        <w:tc>
          <w:tcPr>
            <w:tcW w:type="dxa" w:w="1440"/>
          </w:tcPr>
          <w:p>
            <w:r>
              <w:t>DANA. Adquisición de diverso material de cocina para la Base JAIME I. (lote 1) · exp. 2025/ETSAE0327/00002816E</w:t>
            </w:r>
          </w:p>
        </w:tc>
        <w:tc>
          <w:tcPr>
            <w:tcW w:type="dxa" w:w="1440"/>
          </w:tcPr>
          <w:p>
            <w:r>
              <w:t>Jefatura de Intendencia de Asuntos Económicos Este · NIF S0830042H</w:t>
            </w:r>
          </w:p>
        </w:tc>
        <w:tc>
          <w:tcPr>
            <w:tcW w:type="dxa" w:w="1440"/>
          </w:tcPr>
          <w:p>
            <w:r>
              <w:t>35.537,20 €</w:t>
            </w:r>
          </w:p>
        </w:tc>
        <w:tc>
          <w:tcPr>
            <w:tcW w:type="dxa" w:w="1440"/>
          </w:tcPr>
          <w:p>
            <w:r>
              <w:t>19/09/2025</w:t>
            </w:r>
          </w:p>
        </w:tc>
        <w:tc>
          <w:tcPr>
            <w:tcW w:type="dxa" w:w="1440"/>
          </w:tcPr>
          <w:p>
            <w:r>
              <w:t>03/10/2025 – 02/11/2025</w:t>
            </w:r>
          </w:p>
        </w:tc>
        <w:tc>
          <w:tcPr>
            <w:tcW w:type="dxa" w:w="1440"/>
          </w:tcPr>
          <w:p>
            <w:r>
              <w:rPr>
                <w:highlight w:val="yellow"/>
              </w:rPr>
              <w:t>rellenar</w:t>
            </w:r>
          </w:p>
        </w:tc>
      </w:tr>
      <w:tr>
        <w:tc>
          <w:tcPr>
            <w:tcW w:type="dxa" w:w="1440"/>
          </w:tcPr>
          <w:p>
            <w:r>
              <w:t>DANA. Adquisición de diverso material de cocina para la Base JAIME I. (lote 2) · exp. 2025/ETSAE0327/00002816E</w:t>
            </w:r>
          </w:p>
        </w:tc>
        <w:tc>
          <w:tcPr>
            <w:tcW w:type="dxa" w:w="1440"/>
          </w:tcPr>
          <w:p>
            <w:r>
              <w:t>Jefatura de Intendencia de Asuntos Económicos Este · NIF S0830042H</w:t>
            </w:r>
          </w:p>
        </w:tc>
        <w:tc>
          <w:tcPr>
            <w:tcW w:type="dxa" w:w="1440"/>
          </w:tcPr>
          <w:p>
            <w:r>
              <w:t>22.008,26 €</w:t>
            </w:r>
          </w:p>
        </w:tc>
        <w:tc>
          <w:tcPr>
            <w:tcW w:type="dxa" w:w="1440"/>
          </w:tcPr>
          <w:p>
            <w:r>
              <w:t>19/09/2025</w:t>
            </w:r>
          </w:p>
        </w:tc>
        <w:tc>
          <w:tcPr>
            <w:tcW w:type="dxa" w:w="1440"/>
          </w:tcPr>
          <w:p>
            <w:r>
              <w:t>03/10/2025 – 02/11/2025</w:t>
            </w:r>
          </w:p>
        </w:tc>
        <w:tc>
          <w:tcPr>
            <w:tcW w:type="dxa" w:w="1440"/>
          </w:tcPr>
          <w:p>
            <w:r>
              <w:rPr>
                <w:highlight w:val="yellow"/>
              </w:rPr>
              <w:t>rellenar</w:t>
            </w:r>
          </w:p>
        </w:tc>
      </w:tr>
      <w:tr>
        <w:tc>
          <w:tcPr>
            <w:tcW w:type="dxa" w:w="1440"/>
          </w:tcPr>
          <w:p>
            <w:r>
              <w:t>Subministrament d’un equip de cuina multifuncional per a la cuina de Serradell · exp. 2025/0038708</w:t>
            </w:r>
          </w:p>
        </w:tc>
        <w:tc>
          <w:tcPr>
            <w:tcW w:type="dxa" w:w="1440"/>
          </w:tcPr>
          <w:p>
            <w:r>
              <w:t>Diputació de Barcelona</w:t>
            </w:r>
          </w:p>
        </w:tc>
        <w:tc>
          <w:tcPr>
            <w:tcW w:type="dxa" w:w="1440"/>
          </w:tcPr>
          <w:p>
            <w:r>
              <w:t>25.950,00 €</w:t>
            </w:r>
          </w:p>
        </w:tc>
        <w:tc>
          <w:tcPr>
            <w:tcW w:type="dxa" w:w="1440"/>
          </w:tcPr>
          <w:p>
            <w:r/>
          </w:p>
        </w:tc>
        <w:tc>
          <w:tcPr>
            <w:tcW w:type="dxa" w:w="1440"/>
          </w:tcPr>
          <w:p>
            <w:r>
              <w:t>04/12/2025 – 19/01/2026</w:t>
            </w:r>
          </w:p>
        </w:tc>
        <w:tc>
          <w:tcPr>
            <w:tcW w:type="dxa" w:w="1440"/>
          </w:tcPr>
          <w:p>
            <w:r>
              <w:rPr>
                <w:highlight w:val="yellow"/>
              </w:rPr>
              <w:t>rellenar</w:t>
            </w:r>
          </w:p>
        </w:tc>
      </w:tr>
      <w:tr>
        <w:tc>
          <w:tcPr>
            <w:tcW w:type="dxa" w:w="1440"/>
          </w:tcPr>
          <w:p>
            <w:r>
              <w:t>Subministrament i Instal·lació d'una màquina refredadora per a les cambres frigorífiques i les dales de preparació de la Cuina de l'Hospital Sta.Caterina de l'IAS · exp. CONTR/2025/000000149</w:t>
            </w:r>
          </w:p>
        </w:tc>
        <w:tc>
          <w:tcPr>
            <w:tcW w:type="dxa" w:w="1440"/>
          </w:tcPr>
          <w:p>
            <w:r>
              <w:t>Institut d'Assistència Sanitària (IAS)</w:t>
            </w:r>
          </w:p>
        </w:tc>
        <w:tc>
          <w:tcPr>
            <w:tcW w:type="dxa" w:w="1440"/>
          </w:tcPr>
          <w:p>
            <w:r>
              <w:t>184.500,00 €</w:t>
            </w:r>
          </w:p>
        </w:tc>
        <w:tc>
          <w:tcPr>
            <w:tcW w:type="dxa" w:w="1440"/>
          </w:tcPr>
          <w:p>
            <w:r/>
          </w:p>
        </w:tc>
        <w:tc>
          <w:tcPr>
            <w:tcW w:type="dxa" w:w="1440"/>
          </w:tcPr>
          <w:p>
            <w:r>
              <w:t>14/11/2025 – 28/01/2026</w:t>
            </w:r>
          </w:p>
        </w:tc>
        <w:tc>
          <w:tcPr>
            <w:tcW w:type="dxa" w:w="1440"/>
          </w:tcPr>
          <w:p>
            <w:r>
              <w:rPr>
                <w:highlight w:val="yellow"/>
              </w:rPr>
              <w:t>rellenar</w:t>
            </w:r>
          </w:p>
        </w:tc>
      </w:tr>
      <w:tr>
        <w:tc>
          <w:tcPr>
            <w:tcW w:type="dxa" w:w="1440"/>
          </w:tcPr>
          <w:p>
            <w:r>
              <w:t>Subministrament i posada en marxa de 14 carros tèrmics de distribució d’aliments dissociats, 3 estacions de retermalització dobles, i una estació de retermalització simple compatibles amb el sistema de regeneració i distribució d'aliments existent a l’Hospital Sant Jaume de Calella, per encàrrec de la Corporació de Salut del Maresme i la Selva · exp. CSMS PN 4/25-D</w:t>
            </w:r>
          </w:p>
        </w:tc>
        <w:tc>
          <w:tcPr>
            <w:tcW w:type="dxa" w:w="1440"/>
          </w:tcPr>
          <w:p>
            <w:r>
              <w:t>Corporació de Salut del Maresme i la Selva</w:t>
            </w:r>
          </w:p>
        </w:tc>
        <w:tc>
          <w:tcPr>
            <w:tcW w:type="dxa" w:w="1440"/>
          </w:tcPr>
          <w:p>
            <w:r>
              <w:t>279.247,77 €</w:t>
            </w:r>
          </w:p>
        </w:tc>
        <w:tc>
          <w:tcPr>
            <w:tcW w:type="dxa" w:w="1440"/>
          </w:tcPr>
          <w:p>
            <w:r/>
          </w:p>
        </w:tc>
        <w:tc>
          <w:tcPr>
            <w:tcW w:type="dxa" w:w="1440"/>
          </w:tcPr>
          <w:p>
            <w:r>
              <w:t>02/07/2025 – 02/09/2025</w:t>
            </w:r>
          </w:p>
        </w:tc>
        <w:tc>
          <w:tcPr>
            <w:tcW w:type="dxa" w:w="1440"/>
          </w:tcPr>
          <w:p>
            <w:r>
              <w:rPr>
                <w:highlight w:val="yellow"/>
              </w:rPr>
              <w:t>rellenar</w:t>
            </w:r>
          </w:p>
        </w:tc>
      </w:tr>
      <w:tr>
        <w:tc>
          <w:tcPr>
            <w:tcW w:type="dxa" w:w="1440"/>
          </w:tcPr>
          <w:p>
            <w:r>
              <w:t>Subministrament d'aparells electrodomèstics industrials per a les dependències del Servei de Protecció Civil, Prevenció, Extinció d'Incendis i Salvament de Barcelona (lote 1) · exp. 001_25000977</w:t>
            </w:r>
          </w:p>
        </w:tc>
        <w:tc>
          <w:tcPr>
            <w:tcW w:type="dxa" w:w="1440"/>
          </w:tcPr>
          <w:p>
            <w:r>
              <w:t>Ajuntament de Barcelona</w:t>
            </w:r>
          </w:p>
        </w:tc>
        <w:tc>
          <w:tcPr>
            <w:tcW w:type="dxa" w:w="1440"/>
          </w:tcPr>
          <w:p>
            <w:r>
              <w:t>13.236,64 €</w:t>
            </w:r>
          </w:p>
        </w:tc>
        <w:tc>
          <w:tcPr>
            <w:tcW w:type="dxa" w:w="1440"/>
          </w:tcPr>
          <w:p>
            <w:r/>
          </w:p>
        </w:tc>
        <w:tc>
          <w:tcPr>
            <w:tcW w:type="dxa" w:w="1440"/>
          </w:tcPr>
          <w:p>
            <w:r>
              <w:t>22/07/2025 – 22/01/2026</w:t>
            </w:r>
          </w:p>
        </w:tc>
        <w:tc>
          <w:tcPr>
            <w:tcW w:type="dxa" w:w="1440"/>
          </w:tcPr>
          <w:p>
            <w:r>
              <w:rPr>
                <w:highlight w:val="yellow"/>
              </w:rPr>
              <w:t>rellenar</w:t>
            </w:r>
          </w:p>
        </w:tc>
      </w:tr>
      <w:tr>
        <w:tc>
          <w:tcPr>
            <w:tcW w:type="dxa" w:w="1440"/>
          </w:tcPr>
          <w:p>
            <w:r>
              <w:t>Subministrament i posada en marxa de 2 carros tèrmics de distribució d’aliments dissociats i una base de regeneració i refrigeració doble, per a l’Hospital Sant Jaume de Calella, per encàrrec de la Corporació de Salut del Maresme i la Selva · exp. CSMS PN 6/24-D</w:t>
            </w:r>
          </w:p>
        </w:tc>
        <w:tc>
          <w:tcPr>
            <w:tcW w:type="dxa" w:w="1440"/>
          </w:tcPr>
          <w:p>
            <w:r>
              <w:t>Corporació de Salut del Maresme i la Selva</w:t>
            </w:r>
          </w:p>
        </w:tc>
        <w:tc>
          <w:tcPr>
            <w:tcW w:type="dxa" w:w="1440"/>
          </w:tcPr>
          <w:p>
            <w:r>
              <w:t>49.631,36 €</w:t>
            </w:r>
          </w:p>
        </w:tc>
        <w:tc>
          <w:tcPr>
            <w:tcW w:type="dxa" w:w="1440"/>
          </w:tcPr>
          <w:p>
            <w:r/>
          </w:p>
        </w:tc>
        <w:tc>
          <w:tcPr>
            <w:tcW w:type="dxa" w:w="1440"/>
          </w:tcPr>
          <w:p>
            <w:r>
              <w:t>11/02/2025 – 11/03/2025</w:t>
            </w:r>
          </w:p>
        </w:tc>
        <w:tc>
          <w:tcPr>
            <w:tcW w:type="dxa" w:w="1440"/>
          </w:tcPr>
          <w:p>
            <w:r>
              <w:rPr>
                <w:highlight w:val="yellow"/>
              </w:rPr>
              <w:t>rellenar</w:t>
            </w:r>
          </w:p>
        </w:tc>
      </w:tr>
      <w:tr>
        <w:tc>
          <w:tcPr>
            <w:tcW w:type="dxa" w:w="1440"/>
          </w:tcPr>
          <w:p>
            <w:r>
              <w:t>Homologació d'empreses pel subministrament d'estris i equipament pels tallers i espais de CIRE dels centres penitenciaris de Catalunya i altres espais externs (lote 1) · exp. CIRE-2025-1</w:t>
            </w:r>
          </w:p>
        </w:tc>
        <w:tc>
          <w:tcPr>
            <w:tcW w:type="dxa" w:w="1440"/>
          </w:tcPr>
          <w:p>
            <w:r>
              <w:t>Centre d'Iniciatives per a la Reinserció (CIRE)</w:t>
            </w:r>
          </w:p>
        </w:tc>
        <w:tc>
          <w:tcPr>
            <w:tcW w:type="dxa" w:w="1440"/>
          </w:tcPr>
          <w:p>
            <w:r>
              <w:t>0,00 €</w:t>
            </w:r>
          </w:p>
        </w:tc>
        <w:tc>
          <w:tcPr>
            <w:tcW w:type="dxa" w:w="1440"/>
          </w:tcPr>
          <w:p>
            <w:r/>
          </w:p>
        </w:tc>
        <w:tc>
          <w:tcPr>
            <w:tcW w:type="dxa" w:w="1440"/>
          </w:tcPr>
          <w:p>
            <w:r>
              <w:t>21/01/2025 – 31/12/2025</w:t>
            </w:r>
          </w:p>
        </w:tc>
        <w:tc>
          <w:tcPr>
            <w:tcW w:type="dxa" w:w="1440"/>
          </w:tcPr>
          <w:p>
            <w:r>
              <w:rPr>
                <w:highlight w:val="yellow"/>
              </w:rPr>
              <w:t>rellenar</w:t>
            </w:r>
          </w:p>
        </w:tc>
      </w:tr>
      <w:tr>
        <w:tc>
          <w:tcPr>
            <w:tcW w:type="dxa" w:w="1440"/>
          </w:tcPr>
          <w:p>
            <w:r>
              <w:t>L’objecte d’aquesta concurrència és la contractació per part de la Corporació Catalana de Mitjans Audiovisuals, SA (en endavant CCMA, SA) del subministrament, instal·lació i posada en funcionament d’equipament per les cuines del centre de Sant Joan Despí de CCMA, SA. · exp. 2408OS01</w:t>
            </w:r>
          </w:p>
        </w:tc>
        <w:tc>
          <w:tcPr>
            <w:tcW w:type="dxa" w:w="1440"/>
          </w:tcPr>
          <w:p>
            <w:r>
              <w:t>Corporació Catalana de Mitjans Audiovisuals, SA (CCMA, SA)</w:t>
            </w:r>
          </w:p>
        </w:tc>
        <w:tc>
          <w:tcPr>
            <w:tcW w:type="dxa" w:w="1440"/>
          </w:tcPr>
          <w:p>
            <w:r>
              <w:t>49.975,70 €</w:t>
            </w:r>
          </w:p>
        </w:tc>
        <w:tc>
          <w:tcPr>
            <w:tcW w:type="dxa" w:w="1440"/>
          </w:tcPr>
          <w:p>
            <w:r/>
          </w:p>
        </w:tc>
        <w:tc>
          <w:tcPr>
            <w:tcW w:type="dxa" w:w="1440"/>
          </w:tcPr>
          <w:p>
            <w:r>
              <w:t>22/10/2024 – 28/02/2025</w:t>
            </w:r>
          </w:p>
        </w:tc>
        <w:tc>
          <w:tcPr>
            <w:tcW w:type="dxa" w:w="1440"/>
          </w:tcPr>
          <w:p>
            <w:r>
              <w:rPr>
                <w:highlight w:val="yellow"/>
              </w:rPr>
              <w:t>rellenar</w:t>
            </w:r>
          </w:p>
        </w:tc>
      </w:tr>
      <w:tr>
        <w:tc>
          <w:tcPr>
            <w:tcW w:type="dxa" w:w="1440"/>
          </w:tcPr>
          <w:p>
            <w:r>
              <w:t>Subministrament i instal·lació de nous abatedors · exp. CONTR/2024/000000095</w:t>
            </w:r>
          </w:p>
        </w:tc>
        <w:tc>
          <w:tcPr>
            <w:tcW w:type="dxa" w:w="1440"/>
          </w:tcPr>
          <w:p>
            <w:r>
              <w:t>Institut d'Assistència Sanitària (IAS)</w:t>
            </w:r>
          </w:p>
        </w:tc>
        <w:tc>
          <w:tcPr>
            <w:tcW w:type="dxa" w:w="1440"/>
          </w:tcPr>
          <w:p>
            <w:r>
              <w:t>70.312,40 €</w:t>
            </w:r>
          </w:p>
        </w:tc>
        <w:tc>
          <w:tcPr>
            <w:tcW w:type="dxa" w:w="1440"/>
          </w:tcPr>
          <w:p>
            <w:r/>
          </w:p>
        </w:tc>
        <w:tc>
          <w:tcPr>
            <w:tcW w:type="dxa" w:w="1440"/>
          </w:tcPr>
          <w:p>
            <w:r>
              <w:t>31/10/2024 – 31/12/2024</w:t>
            </w:r>
          </w:p>
        </w:tc>
        <w:tc>
          <w:tcPr>
            <w:tcW w:type="dxa" w:w="1440"/>
          </w:tcPr>
          <w:p>
            <w:r>
              <w:rPr>
                <w:highlight w:val="yellow"/>
              </w:rPr>
              <w:t>rellenar</w:t>
            </w:r>
          </w:p>
        </w:tc>
      </w:tr>
      <w:tr>
        <w:tc>
          <w:tcPr>
            <w:tcW w:type="dxa" w:w="1440"/>
          </w:tcPr>
          <w:p>
            <w:r>
              <w:t>Adquisició d’equipament divers que permeti dotar la cuina del bar restaurant al nou centre internacional que s’ha construït recentment al Parc de l’Estació de Llambilles. (lote 2) · exp. X2024000079</w:t>
            </w:r>
          </w:p>
        </w:tc>
        <w:tc>
          <w:tcPr>
            <w:tcW w:type="dxa" w:w="1440"/>
          </w:tcPr>
          <w:p>
            <w:r>
              <w:t>Ajuntament de Llambilles</w:t>
            </w:r>
          </w:p>
        </w:tc>
        <w:tc>
          <w:tcPr>
            <w:tcW w:type="dxa" w:w="1440"/>
          </w:tcPr>
          <w:p>
            <w:r>
              <w:t>3.868,23 €</w:t>
            </w:r>
          </w:p>
        </w:tc>
        <w:tc>
          <w:tcPr>
            <w:tcW w:type="dxa" w:w="1440"/>
          </w:tcPr>
          <w:p>
            <w:r/>
          </w:p>
        </w:tc>
        <w:tc>
          <w:tcPr>
            <w:tcW w:type="dxa" w:w="1440"/>
          </w:tcPr>
          <w:p>
            <w:r>
              <w:t>21/08/2024 – 30/09/2024</w:t>
            </w:r>
          </w:p>
        </w:tc>
        <w:tc>
          <w:tcPr>
            <w:tcW w:type="dxa" w:w="1440"/>
          </w:tcPr>
          <w:p>
            <w:r>
              <w:rPr>
                <w:highlight w:val="yellow"/>
              </w:rPr>
              <w:t>rellenar</w:t>
            </w:r>
          </w:p>
        </w:tc>
      </w:tr>
    </w:tbl>
    <w:p/>
    <w:p>
      <w:r>
        <w:rPr>
          <w:b/>
        </w:rPr>
        <w:t>Importe adjudicado en el periodo: 999.352,77 € sin IVA, en 12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Concejalía Delegada de Contratación del Ayuntamiento de Alcázar de San Juan (NIF P1300500D)</w:t>
      </w:r>
    </w:p>
    <w:p>
      <w:r>
        <w:t xml:space="preserve">EQUIPTURIS, S.L.U., con NIF B58420290, adjudicataria del contrato «Diseño funcional y equipamiento de la escuela de hostelería del Ayuntamiento de Alcázar de San Juan.», lote 1, expediente 10/2026 Suministros (Mixto), adjudicado el 17/09/2026 por 265.085,21 €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20/10/2026 a 20/01/2027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Jefatura de Intendencia de Asuntos Económicos Este (NIF S0830042H)</w:t>
      </w:r>
    </w:p>
    <w:p>
      <w:r>
        <w:t xml:space="preserve">EQUIPTURIS, S.L.U., con NIF B58420290, adjudicataria del contrato «DANA. Adquisición de diverso material de cocina para la Base JAIME I.», lote 1, expediente 2025/ETSAE0327/00002816E, adjudicado el 19/09/2025 por 35.537,20 €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03/10/2025 a 02/11/2025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Jefatura de Intendencia de Asuntos Económicos Este (NIF S0830042H)</w:t>
      </w:r>
    </w:p>
    <w:p>
      <w:r>
        <w:t xml:space="preserve">EQUIPTURIS, S.L.U., con NIF B58420290, adjudicataria del contrato «DANA. Adquisición de diverso material de cocina para la Base JAIME I.», lote 2, expediente 2025/ETSAE0327/00002816E, adjudicado el 19/09/2025 por 22.008,26 €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03/10/2025 a 02/11/2025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Diputació de Barcelona</w:t>
      </w:r>
    </w:p>
    <w:p>
      <w:r>
        <w:t xml:space="preserve">EQUIPTURIS, S.L.U., con NIF B58420290, adjudicataria del contrato «Subministrament d’un equip de cuina multifuncional per a la cuina de Serradell», expediente 2025/0038708, adjudicado el …… por 25.950,00 €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04/12/2025 a 19/01/2026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Institut d'Assistència Sanitària (IAS)</w:t>
      </w:r>
    </w:p>
    <w:p>
      <w:r>
        <w:t xml:space="preserve">EQUIPTURIS, S.L.U., con NIF B58420290, adjudicataria del contrato «Subministrament i Instal·lació d'una màquina refredadora per a les cambres frigorífiques i les dales de preparació de la Cuina de l'Hospital Sta.Caterina de l'IAS», expediente CONTR/2025/000000149, adjudicado el …… por 184.500,00 €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14/11/2025 a 28/01/2026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Corporació de Salut del Maresme i la Selva</w:t>
      </w:r>
    </w:p>
    <w:p>
      <w:r>
        <w:t xml:space="preserve">EQUIPTURIS, S.L.U., con NIF B58420290, adjudicataria del contrato «Subministrament i posada en marxa de 14 carros tèrmics de distribució d’aliments dissociats, 3 estacions de retermalització dobles, i una estació de retermalització simple compatibles amb el sistema de regeneració i distribució d'aliments existent a l’Hospital Sant Jaume de Calella, per encàrrec de la Corporació de Salut del Maresme i la Selva», expediente CSMS PN 4/25-D, adjudicado el …… por 279.247,77 €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02/07/2025 a 02/09/2025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de Barcelona</w:t>
      </w:r>
    </w:p>
    <w:p>
      <w:r>
        <w:t xml:space="preserve">EQUIPTURIS, S.L.U., con NIF B58420290, adjudicataria del contrato «Subministrament d'aparells electrodomèstics industrials per a les dependències del Servei de Protecció Civil, Prevenció, Extinció d'Incendis i Salvament de Barcelona», lote 1, expediente 001_25000977, adjudicado el …… por 13.236,64 €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22/07/2025 a 22/01/2026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Corporació de Salut del Maresme i la Selva</w:t>
      </w:r>
    </w:p>
    <w:p>
      <w:r>
        <w:t xml:space="preserve">EQUIPTURIS, S.L.U., con NIF B58420290, adjudicataria del contrato «Subministrament i posada en marxa de 2 carros tèrmics de distribució d’aliments dissociats i una base de regeneració i refrigeració doble, per a l’Hospital Sant Jaume de Calella, per encàrrec de la Corporació de Salut del Maresme i la Selva», expediente CSMS PN 6/24-D, adjudicado el …… por 49.631,36 €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11/02/2025 a 11/03/2025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Centre d'Iniciatives per a la Reinserció (CIRE)</w:t>
      </w:r>
    </w:p>
    <w:p>
      <w:r>
        <w:t xml:space="preserve">EQUIPTURIS, S.L.U., con NIF B58420290, adjudicataria del contrato «Homologació d'empreses pel subministrament d'estris i equipament pels tallers i espais de CIRE dels centres penitenciaris de Catalunya i altres espais externs», lote 1, expediente CIRE-2025-1,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21/01/2025 a 31/12/2025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Corporació Catalana de Mitjans Audiovisuals, SA (CCMA, SA)</w:t>
      </w:r>
    </w:p>
    <w:p>
      <w:r>
        <w:t xml:space="preserve">EQUIPTURIS, S.L.U., con NIF B58420290, adjudicataria del contrato «L’objecte d’aquesta concurrència és la contractació per part de la Corporació Catalana de Mitjans Audiovisuals, SA (en endavant CCMA, SA) del subministrament, instal·lació i posada en funcionament d’equipament per les cuines del centre de Sant Joan Despí de CCMA, SA.», expediente 2408OS01, adjudicado el …… por 49.975,70 €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22/10/2024 a 28/02/2025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Institut d'Assistència Sanitària (IAS)</w:t>
      </w:r>
    </w:p>
    <w:p>
      <w:r>
        <w:t xml:space="preserve">EQUIPTURIS, S.L.U., con NIF B58420290, adjudicataria del contrato «Subministrament i instal·lació de nous abatedors», expediente CONTR/2024/000000095, adjudicado el …… por 70.312,40 €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31/10/2024 a 31/12/2024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de Llambilles</w:t>
      </w:r>
    </w:p>
    <w:p>
      <w:r>
        <w:t xml:space="preserve">EQUIPTURIS, S.L.U., con NIF B58420290, adjudicataria del contrato «Adquisició d’equipament divers que permeti dotar la cuina del bar restaurant al nou centre internacional que s’ha construït recentment al Parc de l’Estació de Llambilles.», lote 2, expediente X2024000079, adjudicado el …… por 3.868,23 €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21/08/2024 a 30/09/2024</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