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EQUIPS D'OFICINA SALVANS SL</w:t>
      </w:r>
    </w:p>
    <w:p>
      <w:r>
        <w:t>NIF B61402855.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Servicios para la gestión de pago por uso de los puntos de impresión y multifunción para EGARSAT, Mutua Colaboradora con la Seguridad Social Nº 276. · exp. 2023/LIC/0055</w:t>
            </w:r>
          </w:p>
        </w:tc>
        <w:tc>
          <w:tcPr>
            <w:tcW w:type="dxa" w:w="1440"/>
          </w:tcPr>
          <w:p>
            <w:r>
              <w:t>Gerencia de EGARSAT · NIF G64438997</w:t>
            </w:r>
          </w:p>
        </w:tc>
        <w:tc>
          <w:tcPr>
            <w:tcW w:type="dxa" w:w="1440"/>
          </w:tcPr>
          <w:p>
            <w:r>
              <w:t>288.000,00 €</w:t>
            </w:r>
          </w:p>
        </w:tc>
        <w:tc>
          <w:tcPr>
            <w:tcW w:type="dxa" w:w="1440"/>
          </w:tcPr>
          <w:p>
            <w:r>
              <w:t>18/12/2023</w:t>
            </w:r>
          </w:p>
        </w:tc>
        <w:tc>
          <w:tcPr>
            <w:tcW w:type="dxa" w:w="1440"/>
          </w:tcPr>
          <w:p>
            <w:r>
              <w:t>18/01/2024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288.000,00 €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Gerencia de EGARSAT (NIF G64438997)</w:t>
      </w:r>
    </w:p>
    <w:p>
      <w:r>
        <w:t xml:space="preserve">EQUIPS D'OFICINA SALVANS SL, con NIF B61402855, adjudicataria del contrato «Servicios para la gestión de pago por uso de los puntos de impresión y multifunción para EGARSAT, Mutua Colaboradora con la Seguridad Social Nº 276.», expediente 2023/LIC/0055, adjudicado el 18/12/2023 por 288.000,00 €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18/01/2024 a 18/01/2028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