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EQUIPS D'OFICINA SALVANS SL</w:t>
      </w:r>
    </w:p>
    <w:p>
      <w:r>
        <w:t>NIF B61402855.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És objecte d'aquest contracte és la contractació del subministrament de fotocopiadores multifunció i plòters, destinades a diferents dependències de l'Ajuntament de Santa Perpètua de Mogoda, mitjançant arrendament sense opció de compra , s'inclou en el contracte el seu manteniment tant preventiu com (lote 03) · exp. 2022/624G</w:t>
            </w:r>
          </w:p>
        </w:tc>
        <w:tc>
          <w:tcPr>
            <w:tcW w:type="dxa" w:w="1440"/>
          </w:tcPr>
          <w:p>
            <w:r>
              <w:t>Ajuntament de Santa Perpètua de Mogoda</w:t>
            </w:r>
          </w:p>
        </w:tc>
        <w:tc>
          <w:tcPr>
            <w:tcW w:type="dxa" w:w="1440"/>
          </w:tcPr>
          <w:p>
            <w:r>
              <w:t>10.432,80 €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30/08/2022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10.432,80 €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Perpètua de Mogoda</w:t>
      </w:r>
    </w:p>
    <w:p>
      <w:r>
        <w:t xml:space="preserve">EQUIPS D'OFICINA SALVANS SL, con NIF B61402855, adjudicataria del contrato «És objecte d'aquest contracte és la contractació del subministrament de fotocopiadores multifunció i plòters, destinades a diferents dependències de l'Ajuntament de Santa Perpètua de Mogoda, mitjançant arrendament sense opció de compra , s'inclou en el contracte el seu manteniment tant preventiu com», lote 03, expediente 2022/624G, adjudicado el …… por 10.432,80 €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30/08/2022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