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EQUIPAMENTOS CAVADO, S.L.</w:t>
      </w:r>
    </w:p>
    <w:p>
      <w:r>
        <w:t>NIF B32207045.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