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EQUALA INICIATIVAS S.L</w:t>
      </w:r>
    </w:p>
    <w:p>
      <w:r>
        <w:t>NIF B26412742. Contratos públicos adjudicados en los tres últimos años (servicios), del 08/11/2023 al 08/11/2026, servicios.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  <w:tr>
        <w:tc>
          <w:tcPr>
            <w:tcW w:type="dxa" w:w="1440"/>
          </w:tcPr>
          <w:p>
            <w:r>
              <w:t>Asistencia Técnica para el desarrollo del Programa de Pactos Locales por los Cuidados 2026 · exp. 3207_0005-CP01-2026-000130</w:t>
            </w:r>
          </w:p>
        </w:tc>
        <w:tc>
          <w:tcPr>
            <w:tcW w:type="dxa" w:w="1440"/>
          </w:tcPr>
          <w:p>
            <w:r>
              <w:t>la Directora Gerente del Instituto Navarro para la Igualdad/ Nafarroako Berdintasunerako Institutua</w:t>
            </w:r>
          </w:p>
        </w:tc>
        <w:tc>
          <w:tcPr>
            <w:tcW w:type="dxa" w:w="1440"/>
          </w:tcPr>
          <w:p>
            <w:r>
              <w:t>49.250,00 €</w:t>
            </w:r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>
              <w:t>26/10/2026 – en curso</w:t>
            </w:r>
          </w:p>
        </w:tc>
        <w:tc>
          <w:tcPr>
            <w:tcW w:type="dxa" w:w="1440"/>
          </w:tcPr>
          <w:p>
            <w:r>
              <w:rPr>
                <w:highlight w:val="yellow"/>
              </w:rPr>
              <w:t>rellenar</w:t>
            </w:r>
          </w:p>
        </w:tc>
      </w:tr>
      <w:tr>
        <w:tc>
          <w:tcPr>
            <w:tcW w:type="dxa" w:w="1440"/>
          </w:tcPr>
          <w:p>
            <w:r>
              <w:t>Evaluación I Plan de Acción de desarrollo de la LF 8/2017 y Elaboración II Plan de Acción LGTBI+ · exp. 3207_3207_0005-CP02-2024-000024</w:t>
            </w:r>
          </w:p>
        </w:tc>
        <w:tc>
          <w:tcPr>
            <w:tcW w:type="dxa" w:w="1440"/>
          </w:tcPr>
          <w:p>
            <w:r>
              <w:t>la Directora Gerente del Instituto Navarro para la Igualdad/ Nafarroako Berdintasunerako Institutua</w:t>
            </w:r>
          </w:p>
        </w:tc>
        <w:tc>
          <w:tcPr>
            <w:tcW w:type="dxa" w:w="1440"/>
          </w:tcPr>
          <w:p>
            <w:r>
              <w:t>40.750,00 €</w:t>
            </w:r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>
              <w:t>25/09/2024 – 25/10/2025</w:t>
            </w:r>
          </w:p>
        </w:tc>
        <w:tc>
          <w:tcPr>
            <w:tcW w:type="dxa" w:w="1440"/>
          </w:tcPr>
          <w:p>
            <w:r>
              <w:rPr>
                <w:highlight w:val="yellow"/>
              </w:rPr>
              <w:t>rellenar</w:t>
            </w:r>
          </w:p>
        </w:tc>
      </w:tr>
      <w:tr>
        <w:tc>
          <w:tcPr>
            <w:tcW w:type="dxa" w:w="1440"/>
          </w:tcPr>
          <w:p>
            <w:r>
              <w:t>Asistencia técnica para la realización de un programa de apoyo en la integración de la igualdad a los centros educativos de  Altsasu/Alsasua · exp. 3002_Programas Integración</w:t>
            </w:r>
          </w:p>
        </w:tc>
        <w:tc>
          <w:tcPr>
            <w:tcW w:type="dxa" w:w="1440"/>
          </w:tcPr>
          <w:p>
            <w:r>
              <w:t>JUNTA DE GOBIERNO LOCAL</w:t>
            </w:r>
          </w:p>
        </w:tc>
        <w:tc>
          <w:tcPr>
            <w:tcW w:type="dxa" w:w="1440"/>
          </w:tcPr>
          <w:p>
            <w:r>
              <w:t>8.000,00 €</w:t>
            </w:r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>
              <w:t>16/12/2024 – 16/12/2025</w:t>
            </w:r>
          </w:p>
        </w:tc>
        <w:tc>
          <w:tcPr>
            <w:tcW w:type="dxa" w:w="1440"/>
          </w:tcPr>
          <w:p>
            <w:r>
              <w:rPr>
                <w:highlight w:val="yellow"/>
              </w:rPr>
              <w:t>rellenar</w:t>
            </w:r>
          </w:p>
        </w:tc>
      </w:tr>
    </w:tbl>
    <w:p/>
    <w:p>
      <w:r>
        <w:rPr>
          <w:b/>
        </w:rPr>
        <w:t>Importe adjudicado en el periodo: 98.000,00 € sin IVA, en 3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p>
      <w:r>
        <w:br w:type="page"/>
      </w:r>
    </w:p>
    <w:p>
      <w:pPr>
        <w:pStyle w:val="Heading1"/>
      </w:pPr>
      <w:r>
        <w:t>Solicitud de certificado de buena ejecución</w:t>
      </w:r>
    </w:p>
    <w:p>
      <w:r>
        <w:t>A: la Directora Gerente del Instituto Navarro para la Igualdad/ Nafarroako Berdintasunerako Institutua</w:t>
      </w:r>
    </w:p>
    <w:p>
      <w:r>
        <w:t xml:space="preserve">EQUALA INICIATIVAS S.L, con NIF B26412742, adjudicataria del contrato «Asistencia Técnica para el desarrollo del Programa de Pactos Locales por los Cuidados 2026», expediente 3207_0005-CP01-2026-000130, adjudicado el …… por 49.250,00 € sin IVA, </w:t>
      </w:r>
      <w:r>
        <w:t>SOLICITA que se expida certificado de buena ejecución del contrato en el que conste su objeto, su importe, las fechas y el lugar de ejecución y si se llevó a cabo normalmente y a buen término, a efectos de acreditar su solvencia técnica en otros procedimientos de contratación.</w:t>
      </w:r>
    </w:p>
    <w:p>
      <w:r>
        <w:t xml:space="preserve">Periodo de ejecución: </w:t>
      </w:r>
      <w:r>
        <w:t>26/10/2026 a 30/11/2027 (en curso: se pide el certificado de lo ejecutado hasta la fecha)</w:t>
      </w:r>
    </w:p>
    <w:p>
      <w:r>
        <w:rPr>
          <w:highlight w:val="yellow"/>
        </w:rPr>
        <w:t>En …………………, a …… de …………………… de 20……</w:t>
      </w:r>
    </w:p>
    <w:p>
      <w:r>
        <w:rPr>
          <w:highlight w:val="yellow"/>
        </w:rPr>
        <w:t>Firma y nombre de quien representa a la empresa</w:t>
      </w:r>
    </w:p>
    <w:p>
      <w:r>
        <w:br w:type="page"/>
      </w:r>
    </w:p>
    <w:p>
      <w:pPr>
        <w:pStyle w:val="Heading1"/>
      </w:pPr>
      <w:r>
        <w:t>Solicitud de certificado de buena ejecución</w:t>
      </w:r>
    </w:p>
    <w:p>
      <w:r>
        <w:t>A: la Directora Gerente del Instituto Navarro para la Igualdad/ Nafarroako Berdintasunerako Institutua</w:t>
      </w:r>
    </w:p>
    <w:p>
      <w:r>
        <w:t xml:space="preserve">EQUALA INICIATIVAS S.L, con NIF B26412742, adjudicataria del contrato «Evaluación I Plan de Acción de desarrollo de la LF 8/2017 y Elaboración II Plan de Acción LGTBI+», expediente 3207_3207_0005-CP02-2024-000024, adjudicado el …… por 40.750,00 € sin IVA, </w:t>
      </w:r>
      <w:r>
        <w:t>SOLICITA que se expida certificado de buena ejecución del contrato en el que conste su objeto, su importe, las fechas y el lugar de ejecución y si se llevó a cabo normalmente y a buen término, a efectos de acreditar su solvencia técnica en otros procedimientos de contratación.</w:t>
      </w:r>
    </w:p>
    <w:p>
      <w:r>
        <w:t xml:space="preserve">Periodo de ejecución: </w:t>
      </w:r>
      <w:r>
        <w:t>25/09/2024 a 25/10/2025</w:t>
      </w:r>
    </w:p>
    <w:p>
      <w:r>
        <w:rPr>
          <w:highlight w:val="yellow"/>
        </w:rPr>
        <w:t>En …………………, a …… de …………………… de 20……</w:t>
      </w:r>
    </w:p>
    <w:p>
      <w:r>
        <w:rPr>
          <w:highlight w:val="yellow"/>
        </w:rPr>
        <w:t>Firma y nombre de quien representa a la empresa</w:t>
      </w:r>
    </w:p>
    <w:p>
      <w:r>
        <w:br w:type="page"/>
      </w:r>
    </w:p>
    <w:p>
      <w:pPr>
        <w:pStyle w:val="Heading1"/>
      </w:pPr>
      <w:r>
        <w:t>Solicitud de certificado de buena ejecución</w:t>
      </w:r>
    </w:p>
    <w:p>
      <w:r>
        <w:t>A: JUNTA DE GOBIERNO LOCAL</w:t>
      </w:r>
    </w:p>
    <w:p>
      <w:r>
        <w:t xml:space="preserve">EQUALA INICIATIVAS S.L, con NIF B26412742, adjudicataria del contrato «Asistencia técnica para la realización de un programa de apoyo en la integración de la igualdad a los centros educativos de  Altsasu/Alsasua», expediente 3002_Programas Integración, adjudicado el …… por 8.000,00 € sin IVA, </w:t>
      </w:r>
      <w:r>
        <w:t>SOLICITA que se expida certificado de buena ejecución del contrato en el que conste su objeto, su importe, las fechas y el lugar de ejecución y si se llevó a cabo normalmente y a buen término, a efectos de acreditar su solvencia técnica en otros procedimientos de contratación.</w:t>
      </w:r>
    </w:p>
    <w:p>
      <w:r>
        <w:t xml:space="preserve">Periodo de ejecución: </w:t>
      </w:r>
      <w:r>
        <w:t>16/12/2024 a 16/12/2025</w:t>
      </w:r>
    </w:p>
    <w:p>
      <w:r>
        <w:rPr>
          <w:highlight w:val="yellow"/>
        </w:rPr>
        <w:t>En …………………, a …… de …………………… de 20……</w:t>
      </w:r>
    </w:p>
    <w:p>
      <w:r>
        <w:rPr>
          <w:highlight w:val="yellow"/>
        </w:rPr>
        <w:t>Firma y nombre de quien representa a la empresa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