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ENVIRONMENT QUALITY MANAGEMENT, S.L.</w:t>
      </w:r>
    </w:p>
    <w:p>
      <w:r>
        <w:t>NIF B91623827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