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ENVIRONMENT QUALITY MANAGEMENT, S.L.</w:t>
      </w:r>
    </w:p>
    <w:p>
      <w:r>
        <w:t>NIF B91623827.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Consultoría y/o asesoramiento en la preparación, despliegue, difusión, formación, mantenimiento y auditoría interna que requieran los Sistemas de Gestión de la Calidad basados en la norma ISO 9001:2015 que tienen implantados los departamentos de Derechos Sociales, Diversidad, Igualdad y Accesibilidad y de Coordinación de Distritos y Juntas Municipales de Distrito. · exp. 73/24-08</w:t>
            </w:r>
          </w:p>
        </w:tc>
        <w:tc>
          <w:tcPr>
            <w:tcW w:type="dxa" w:w="1440"/>
          </w:tcPr>
          <w:p>
            <w:r>
              <w:t>Concejalía Delegada de Recursos Humanos y Calidad · NIF P2906700F</w:t>
            </w:r>
          </w:p>
        </w:tc>
        <w:tc>
          <w:tcPr>
            <w:tcW w:type="dxa" w:w="1440"/>
          </w:tcPr>
          <w:p>
            <w:r>
              <w:t>21.675,00 €</w:t>
            </w:r>
          </w:p>
        </w:tc>
        <w:tc>
          <w:tcPr>
            <w:tcW w:type="dxa" w:w="1440"/>
          </w:tcPr>
          <w:p>
            <w:r>
              <w:t>16/04/2026</w:t>
            </w:r>
          </w:p>
        </w:tc>
        <w:tc>
          <w:tcPr>
            <w:tcW w:type="dxa" w:w="1440"/>
          </w:tcPr>
          <w:p>
            <w:r>
              <w:t>16/04/2026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Consultoría y/o asesoramiento en la preparación, despliegue, difusión, formación, mantenimiento y auditoría interna que requieran los Sistemas de Gestión de la Calidad basados en la norma ISO 9001:2015 que tienen implantados los departamentos de de Derechos Sociales, Diversidad, Igualdad y Accesibil · exp. 73/24-04</w:t>
            </w:r>
          </w:p>
        </w:tc>
        <w:tc>
          <w:tcPr>
            <w:tcW w:type="dxa" w:w="1440"/>
          </w:tcPr>
          <w:p>
            <w:r>
              <w:t>Concejalía Delegada de Recursos Humanos y Calidad · NIF P2906700F</w:t>
            </w:r>
          </w:p>
        </w:tc>
        <w:tc>
          <w:tcPr>
            <w:tcW w:type="dxa" w:w="1440"/>
          </w:tcPr>
          <w:p>
            <w:r>
              <w:t>26.050,00 €</w:t>
            </w:r>
          </w:p>
        </w:tc>
        <w:tc>
          <w:tcPr>
            <w:tcW w:type="dxa" w:w="1440"/>
          </w:tcPr>
          <w:p>
            <w:r>
              <w:t>21/04/2025</w:t>
            </w:r>
          </w:p>
        </w:tc>
        <w:tc>
          <w:tcPr>
            <w:tcW w:type="dxa" w:w="1440"/>
          </w:tcPr>
          <w:p>
            <w:r>
              <w:t>21/04/2025 – 21/06/2026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del servicio de consultoría y/o asesoramiento para la implantación y/o mantenimiento de los sistemas de gestión de los departamentos Municipales del Ayuntamiento de Málaga. (lote 4) · exp. 73/24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32.496,07 €</w:t>
            </w:r>
          </w:p>
        </w:tc>
        <w:tc>
          <w:tcPr>
            <w:tcW w:type="dxa" w:w="1440"/>
          </w:tcPr>
          <w:p>
            <w:r>
              <w:t>13/02/2025</w:t>
            </w:r>
          </w:p>
        </w:tc>
        <w:tc>
          <w:tcPr>
            <w:tcW w:type="dxa" w:w="1440"/>
          </w:tcPr>
          <w:p>
            <w:r>
              <w:t>17/03/2025 – 17/03/2026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80.221,07 €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Recursos Humanos y Calidad (NIF P2906700F)</w:t>
      </w:r>
    </w:p>
    <w:p>
      <w:r>
        <w:t xml:space="preserve">ENVIRONMENT QUALITY MANAGEMENT, S.L., con NIF B91623827, adjudicataria del contrato «Consultoría y/o asesoramiento en la preparación, despliegue, difusión, formación, mantenimiento y auditoría interna que requieran los Sistemas de Gestión de la Calidad basados en la norma ISO 9001:2015 que tienen implantados los departamentos de Derechos Sociales, Diversidad, Igualdad y Accesibilidad y de Coordinación de Distritos y Juntas Municipales de Distrito.», expediente 73/24-08, adjudicado el 16/04/2026 por 21.675,00 €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16/04/2026 a 16/03/2027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Recursos Humanos y Calidad (NIF P2906700F)</w:t>
      </w:r>
    </w:p>
    <w:p>
      <w:r>
        <w:t xml:space="preserve">ENVIRONMENT QUALITY MANAGEMENT, S.L., con NIF B91623827, adjudicataria del contrato «Consultoría y/o asesoramiento en la preparación, despliegue, difusión, formación, mantenimiento y auditoría interna que requieran los Sistemas de Gestión de la Calidad basados en la norma ISO 9001:2015 que tienen implantados los departamentos de de Derechos Sociales, Diversidad, Igualdad y Accesibil», expediente 73/24-04, adjudicado el 21/04/2025 por 26.050,00 €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21/04/2025 a 21/06/2026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 xml:space="preserve">ENVIRONMENT QUALITY MANAGEMENT, S.L., con NIF B91623827, adjudicataria del contrato «Acuerdo Marco para la contratación del servicio de consultoría y/o asesoramiento para la implantación y/o mantenimiento de los sistemas de gestión de los departamentos Municipales del Ayuntamiento de Málaga.», lote 4, expediente 73/24, adjudicado el 13/02/2025 por 32.496,07 €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17/03/2025 a 17/03/2026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