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Entidad Técnica de Prevención, S.L.</w:t>
      </w:r>
    </w:p>
    <w:p>
      <w:r>
        <w:t>NIF B37484813.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