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ENGINYERIA ENERGÈTICA GIRONINA, SL</w:t>
      </w:r>
    </w:p>
    <w:p>
      <w:r>
        <w:t>NIF B17861543.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redacció de projecte de la planta de biogas de Monells - FONS CLIMÀTIC · exp. IRTA-2025-11</w:t>
            </w:r>
          </w:p>
        </w:tc>
        <w:tc>
          <w:tcPr>
            <w:tcW w:type="dxa" w:w="1440"/>
          </w:tcPr>
          <w:p>
            <w:r>
              <w:t>Institut de Recerca i Tecnologia Agroalimentàries (IRTA)</w:t>
            </w:r>
          </w:p>
        </w:tc>
        <w:tc>
          <w:tcPr>
            <w:tcW w:type="dxa" w:w="1440"/>
          </w:tcPr>
          <w:p>
            <w:r>
              <w:t>35.000,00 €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20/06/2025 – 20/05/2026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d'assistència tècnica per a la redacció de documents tècnics per instal·lacions de xarxes i calderes de biomassa i auditories energètiques d'edificis. (lote 1) · exp. 2023/11448</w:t>
            </w:r>
          </w:p>
        </w:tc>
        <w:tc>
          <w:tcPr>
            <w:tcW w:type="dxa" w:w="1440"/>
          </w:tcPr>
          <w:p>
            <w:r>
              <w:t>Diputació de Girona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d'assistència tècnica per a la redacció de documents tècnics per instal·lacions de xarxes i calderes de biomassa i auditories energètiques d'edificis. (lote 2) · exp. 2023/11448</w:t>
            </w:r>
          </w:p>
        </w:tc>
        <w:tc>
          <w:tcPr>
            <w:tcW w:type="dxa" w:w="1440"/>
          </w:tcPr>
          <w:p>
            <w:r>
              <w:t>Diputació de Girona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35.000,00 €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de Recerca i Tecnologia Agroalimentàries (IRTA)</w:t>
      </w:r>
    </w:p>
    <w:p>
      <w:r>
        <w:t xml:space="preserve">ENGINYERIA ENERGÈTICA GIRONINA, SL, con NIF B17861543, adjudicataria del contrato «Servei de redacció de projecte de la planta de biogas de Monells - FONS CLIMÀTIC», expediente IRTA-2025-11, adjudicado el …… por 35.000,00 €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20/06/2025 a 20/05/2026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Girona</w:t>
      </w:r>
    </w:p>
    <w:p>
      <w:r>
        <w:t xml:space="preserve">ENGINYERIA ENERGÈTICA GIRONINA, SL, con NIF B17861543, adjudicataria del contrato «Acord marc de serveis d'assistència tècnica per a la redacció de documents tècnics per instal·lacions de xarxes i calderes de biomassa i auditories energètiques d'edificis.», lote 1, expediente 2023/11448,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07/02/2025 a 07/02/2027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Girona</w:t>
      </w:r>
    </w:p>
    <w:p>
      <w:r>
        <w:t xml:space="preserve">ENGINYERIA ENERGÈTICA GIRONINA, SL, con NIF B17861543, adjudicataria del contrato «Acord marc de serveis d'assistència tècnica per a la redacció de documents tècnics per instal·lacions de xarxes i calderes de biomassa i auditories energètiques d'edificis.», lote 2, expediente 2023/11448,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07/02/2025 a 07/02/2027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