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Enesco Servicios de Ingeniería SLU</w:t>
      </w:r>
    </w:p>
    <w:p>
      <w:r>
        <w:t>NIF B06906416.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