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ENERLAND CONSTRUCCION Y OPERACION SL</w:t>
      </w:r>
    </w:p>
    <w:p>
      <w:r>
        <w:t>NIF B99562795. Contratos públicos adjudicados en los cinco últimos años (obras), del 31/10/2021 al 31/10/2026, obras.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Contratación de las obras para la instalación de una planta solar fotovoltaica completa en el Centro Tecnológico de Seguridad (CETSE) situado en la calle Cabo López Santos 32 de El Pardo (Madrid) para mitigar en gran medida la demanda de electricidad del recinto. · exp. X250443XMOBE</w:t>
            </w:r>
          </w:p>
        </w:tc>
        <w:tc>
          <w:tcPr>
            <w:tcW w:type="dxa" w:w="1440"/>
          </w:tcPr>
          <w:p>
            <w:r>
              <w:t>Subdirección General de Planificacion y Gestion de Infraestructuras y Medios para la Seguridad · NIF S2800109G</w:t>
            </w:r>
          </w:p>
        </w:tc>
        <w:tc>
          <w:tcPr>
            <w:tcW w:type="dxa" w:w="1440"/>
          </w:tcPr>
          <w:p>
            <w:r>
              <w:t>258.367,68 €</w:t>
            </w:r>
          </w:p>
        </w:tc>
        <w:tc>
          <w:tcPr>
            <w:tcW w:type="dxa" w:w="1440"/>
          </w:tcPr>
          <w:p>
            <w:r>
              <w:t>19/03/2026</w:t>
            </w:r>
          </w:p>
        </w:tc>
        <w:tc>
          <w:tcPr>
            <w:tcW w:type="dxa" w:w="1440"/>
          </w:tcPr>
          <w:p>
            <w:r>
              <w:t>19/04/2026 – 19/08/2026</w:t>
            </w:r>
          </w:p>
        </w:tc>
        <w:tc>
          <w:tcPr>
            <w:tcW w:type="dxa" w:w="1440"/>
          </w:tcPr>
          <w:p>
            <w:r>
              <w:rPr>
                <w:highlight w:val="yellow"/>
              </w:rPr>
              <w:t>rellenar</w:t>
            </w:r>
          </w:p>
        </w:tc>
      </w:tr>
      <w:tr>
        <w:tc>
          <w:tcPr>
            <w:tcW w:type="dxa" w:w="1440"/>
          </w:tcPr>
          <w:p>
            <w:r>
              <w:t>Obras destinadas a instalación de diversas placas fotovoltaicas y postes de recarga eléctrica.</w:t>
              <w:br/>
              <w:br/>
              <w:t>Se ofertan tres lotes (3) (lote 1) · exp. U_1478498W</w:t>
            </w:r>
          </w:p>
        </w:tc>
        <w:tc>
          <w:tcPr>
            <w:tcW w:type="dxa" w:w="1440"/>
          </w:tcPr>
          <w:p>
            <w:r>
              <w:t>Ayuntamiento de Binéfar · NIF P2208300J</w:t>
            </w:r>
          </w:p>
        </w:tc>
        <w:tc>
          <w:tcPr>
            <w:tcW w:type="dxa" w:w="1440"/>
          </w:tcPr>
          <w:p>
            <w:r>
              <w:t>39.072,65 €</w:t>
            </w:r>
          </w:p>
        </w:tc>
        <w:tc>
          <w:tcPr>
            <w:tcW w:type="dxa" w:w="1440"/>
          </w:tcPr>
          <w:p>
            <w:r>
              <w:t>22/12/2025</w:t>
            </w:r>
          </w:p>
        </w:tc>
        <w:tc>
          <w:tcPr>
            <w:tcW w:type="dxa" w:w="1440"/>
          </w:tcPr>
          <w:p>
            <w:r>
              <w:t>22/01/2026 – 22/06/2026</w:t>
            </w:r>
          </w:p>
        </w:tc>
        <w:tc>
          <w:tcPr>
            <w:tcW w:type="dxa" w:w="1440"/>
          </w:tcPr>
          <w:p>
            <w:r>
              <w:rPr>
                <w:highlight w:val="yellow"/>
              </w:rPr>
              <w:t>rellenar</w:t>
            </w:r>
          </w:p>
        </w:tc>
      </w:tr>
    </w:tbl>
    <w:p/>
    <w:p>
      <w:r>
        <w:rPr>
          <w:b/>
        </w:rPr>
        <w:t>Importe adjudicado en el periodo: 297.440,33 € sin IVA, en 2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Subdirección General de Planificacion y Gestion de Infraestructuras y Medios para la Seguridad (NIF S2800109G)</w:t>
      </w:r>
    </w:p>
    <w:p>
      <w:r>
        <w:t xml:space="preserve">ENERLAND CONSTRUCCION Y OPERACION SL, con NIF B99562795, adjudicataria del contrato «Contratación de las obras para la instalación de una planta solar fotovoltaica completa en el Centro Tecnológico de Seguridad (CETSE) situado en la calle Cabo López Santos 32 de El Pardo (Madrid) para mitigar en gran medida la demanda de electricidad del recinto.», expediente X250443XMOBE, adjudicado el 19/03/2026 por 258.367,68 €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19/04/2026 a 19/08/2026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Ayuntamiento de Binéfar (NIF P2208300J)</w:t>
      </w:r>
    </w:p>
    <w:p>
      <w:r>
        <w:t>ENERLAND CONSTRUCCION Y OPERACION SL, con NIF B99562795, adjudicataria del contrato «Obras destinadas a instalación de diversas placas fotovoltaicas y postes de recarga eléctrica.</w:t>
        <w:br/>
        <w:br/>
        <w:t xml:space="preserve">Se ofertan tres lotes (3)», lote 1, expediente U_1478498W, adjudicado el 22/12/2025 por 39.072,65 €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22/01/2026 a 22/06/2026</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