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ENDOterapia Vegetal SL</w:t>
      </w:r>
    </w:p>
    <w:p>
      <w:r>
        <w:t>NIF B17903527.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materiales necesarios para realizar el tratamiento de endoterapia por medio de sistemas de microinfusión a presión y flujo variable en el arbolado urbano del término municipal de El Ejido · exp. 98/2025</w:t>
            </w:r>
          </w:p>
        </w:tc>
        <w:tc>
          <w:tcPr>
            <w:tcW w:type="dxa" w:w="1440"/>
          </w:tcPr>
          <w:p>
            <w:r>
              <w:t>Consejo de Administración de Desarrollo Urbanístico de El Ejido, S.L. · NIF B04481776</w:t>
            </w:r>
          </w:p>
        </w:tc>
        <w:tc>
          <w:tcPr>
            <w:tcW w:type="dxa" w:w="1440"/>
          </w:tcPr>
          <w:p>
            <w:r>
              <w:t>25.860,00 €</w:t>
            </w:r>
          </w:p>
        </w:tc>
        <w:tc>
          <w:tcPr>
            <w:tcW w:type="dxa" w:w="1440"/>
          </w:tcPr>
          <w:p>
            <w:r>
              <w:t>31/05/2025</w:t>
            </w:r>
          </w:p>
        </w:tc>
        <w:tc>
          <w:tcPr>
            <w:tcW w:type="dxa" w:w="1440"/>
          </w:tcPr>
          <w:p>
            <w:r>
              <w:t>31/05/2025 – 31/05/2026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de: productos fitosanitarios y abonos para el servicio de mantenimientos de jardines de SOCIEDAT ANÓNIMA DE GESTIÓ SAGUNT MITJÀ PROPI MUNICIPAL (SAG) · exp. AMSAG2025-02</w:t>
            </w:r>
          </w:p>
        </w:tc>
        <w:tc>
          <w:tcPr>
            <w:tcW w:type="dxa" w:w="1440"/>
          </w:tcPr>
          <w:p>
            <w:r>
              <w:t>Dirección General Societat Anonima de Gestió Sagunt Mitja Propi Municipal S.A. · NIF A96165998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22/04/2025</w:t>
            </w:r>
          </w:p>
        </w:tc>
        <w:tc>
          <w:tcPr>
            <w:tcW w:type="dxa" w:w="1440"/>
          </w:tcPr>
          <w:p>
            <w:r>
              <w:t>22/04/2025 – 22/04/2026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25.860,00 €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Desarrollo Urbanístico de El Ejido, S.L. (NIF B04481776)</w:t>
      </w:r>
    </w:p>
    <w:p>
      <w:r>
        <w:t xml:space="preserve">ENDOterapia Vegetal SL, con NIF B17903527, adjudicataria del contrato «Suministro de materiales necesarios para realizar el tratamiento de endoterapia por medio de sistemas de microinfusión a presión y flujo variable en el arbolado urbano del término municipal de El Ejido», expediente 98/2025, adjudicado el 31/05/2025 por 25.860,00 €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31/05/2025 a 31/05/2026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Societat Anonima de Gestió Sagunt Mitja Propi Municipal S.A. (NIF A96165998)</w:t>
      </w:r>
    </w:p>
    <w:p>
      <w:r>
        <w:t xml:space="preserve">ENDOterapia Vegetal SL, con NIF B17903527, adjudicataria del contrato «Suministro de: productos fitosanitarios y abonos para el servicio de mantenimientos de jardines de SOCIEDAT ANÓNIMA DE GESTIÓ SAGUNT MITJÀ PROPI MUNICIPAL (SAG)», expediente AMSAG2025-02, adjudicado el 22/04/2025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22/04/2025 a 22/04/2026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