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VIUDA DE J. DOMINGUEZ, S.L.</w:t>
      </w:r>
    </w:p>
    <w:p>
      <w:r>
        <w:t>NIF B36019578.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La gestión, organización y desarrollo de los desplazamientos de los viajes de ida y vuelta de los escolares participantes en el programa educativo municipal de conocimiento de la ciudad “VIGO EDUCA”, que el Ayuntamiento de Vigo oferta a lo largo del curso lectivo escolar. · exp. 97507-332</w:t>
            </w:r>
          </w:p>
        </w:tc>
        <w:tc>
          <w:tcPr>
            <w:tcW w:type="dxa" w:w="1440"/>
          </w:tcPr>
          <w:p>
            <w:r>
              <w:t>Ayuntamiento de Vigo · NIF P3605700H</w:t>
            </w:r>
          </w:p>
        </w:tc>
        <w:tc>
          <w:tcPr>
            <w:tcW w:type="dxa" w:w="1440"/>
          </w:tcPr>
          <w:p>
            <w:r>
              <w:t>297.520,66 €</w:t>
            </w:r>
          </w:p>
        </w:tc>
        <w:tc>
          <w:tcPr>
            <w:tcW w:type="dxa" w:w="1440"/>
          </w:tcPr>
          <w:p>
            <w:r>
              <w:t>09/12/2024</w:t>
            </w:r>
          </w:p>
        </w:tc>
        <w:tc>
          <w:tcPr>
            <w:tcW w:type="dxa" w:w="1440"/>
          </w:tcPr>
          <w:p>
            <w:r>
              <w:t>01/11/2024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Contratación, sujeta la regulación armonizada, del Servicio Gallego de Apoyo a la Movilidad Personal para personas con discapacidad y/o personas en situación de dependencia (SGAMP). Expediente 09/2024 DXM (lote 8) · exp. PcPG/2024/823754</w:t>
            </w:r>
          </w:p>
        </w:tc>
        <w:tc>
          <w:tcPr>
            <w:tcW w:type="dxa" w:w="1440"/>
          </w:tcPr>
          <w:p>
            <w:r>
              <w:t>Consellería de Presidencia, Xustiza e Deportes</w:t>
            </w:r>
          </w:p>
        </w:tc>
        <w:tc>
          <w:tcPr>
            <w:tcW w:type="dxa" w:w="1440"/>
          </w:tcPr>
          <w:p>
            <w:r>
              <w:t>1.464.042,44 €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15/03/2025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1.761.563,10 €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Vigo (NIF P3605700H)</w:t>
      </w:r>
    </w:p>
    <w:p>
      <w:r>
        <w:t xml:space="preserve">EMPRESA VIUDA DE J. DOMINGUEZ, S.L., con NIF B36019578, adjudicataria del contrato «La gestión, organización y desarrollo de los desplazamientos de los viajes de ida y vuelta de los escolares participantes en el programa educativo municipal de conocimiento de la ciudad “VIGO EDUCA”, que el Ayuntamiento de Vigo oferta a lo largo del curso lectivo escolar.», expediente 97507-332, adjudicado el 09/12/2024 por 297.520,66 €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01/11/2024 a 01/11/2028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de Presidencia, Xustiza e Deportes</w:t>
      </w:r>
    </w:p>
    <w:p>
      <w:r>
        <w:t xml:space="preserve">EMPRESA VIUDA DE J. DOMINGUEZ, S.L., con NIF B36019578, adjudicataria del contrato «Contratación, sujeta la regulación armonizada, del Servicio Gallego de Apoyo a la Movilidad Personal para personas con discapacidad y/o personas en situación de dependencia (SGAMP). Expediente 09/2024 DXM», lote 8, expediente PcPG/2024/823754, adjudicado el …… por 1.464.042,44 €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15/03/2025 a 15/03/2028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