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VIUDA DE J. DOMINGUEZ, S.L.</w:t>
      </w:r>
    </w:p>
    <w:p>
      <w:r>
        <w:t>NIF B36019578.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