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Empresa A62732565</w:t>
      </w:r>
    </w:p>
    <w:p>
      <w:r>
        <w:t>NIF A62732565.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Acord marc amb un únic proveïdor per lot per al subministrament de roba professional, calçat de seguretat, guants i roba tèrmica per al personal de Logaritme. (lote 1) · exp. LSL-2026-204</w:t>
            </w:r>
          </w:p>
        </w:tc>
        <w:tc>
          <w:tcPr>
            <w:tcW w:type="dxa" w:w="1440"/>
          </w:tcPr>
          <w:p>
            <w:r>
              <w:t>Logaritme, Serveis Logístics, AIE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amb un únic proveïdor per lot per al subministrament de roba professional, calçat de seguretat, guants i roba tèrmica per al personal de Logaritme. (lote 2) · exp. LSL-2026-204</w:t>
            </w:r>
          </w:p>
        </w:tc>
        <w:tc>
          <w:tcPr>
            <w:tcW w:type="dxa" w:w="1440"/>
          </w:tcPr>
          <w:p>
            <w:r>
              <w:t>Logaritme, Serveis Logístics, AIE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amb un únic proveïdor per lot per al subministrament de roba professional, calçat de seguretat, guants i roba tèrmica per al personal de Logaritme. (lote 3) · exp. LSL-2026-204</w:t>
            </w:r>
          </w:p>
        </w:tc>
        <w:tc>
          <w:tcPr>
            <w:tcW w:type="dxa" w:w="1440"/>
          </w:tcPr>
          <w:p>
            <w:r>
              <w:t>Logaritme, Serveis Logístics, AIE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les peces d’uniformitat del personal de les explotacions de les línies de Lleida - La Pobla i Lleida - Terrassa (Rodalies de Lleida). (Ref:POS35/26) · exp. CONTR/2025/0000000843</w:t>
            </w:r>
          </w:p>
        </w:tc>
        <w:tc>
          <w:tcPr>
            <w:tcW w:type="dxa" w:w="1440"/>
          </w:tcPr>
          <w:p>
            <w:r>
              <w:t>Ferrocarrils de la Generalitat de Catalunya</w:t>
            </w:r>
          </w:p>
        </w:tc>
        <w:tc>
          <w:tcPr>
            <w:tcW w:type="dxa" w:w="1440"/>
          </w:tcPr>
          <w:p>
            <w:r>
              <w:t>26.226,00 €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les peces d’uniformitat del personal de les explotacions de les línies de Lleida - La Pobla i Lleida - Terrassa (Rodalies de Lleida). (Ref:POS35/26) · exp. CONTR/2025/0000000797</w:t>
            </w:r>
          </w:p>
        </w:tc>
        <w:tc>
          <w:tcPr>
            <w:tcW w:type="dxa" w:w="1440"/>
          </w:tcPr>
          <w:p>
            <w:r>
              <w:t>FGCRAIL, SA</w:t>
            </w:r>
          </w:p>
        </w:tc>
        <w:tc>
          <w:tcPr>
            <w:tcW w:type="dxa" w:w="1440"/>
          </w:tcPr>
          <w:p>
            <w:r>
              <w:t>43.867,00 €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amb un únic proveïdor per lot per al subministrament d'uniformitat, sabates i guants, complementari (lote 1) · exp. LSL-2023-196</w:t>
            </w:r>
          </w:p>
        </w:tc>
        <w:tc>
          <w:tcPr>
            <w:tcW w:type="dxa" w:w="1440"/>
          </w:tcPr>
          <w:p>
            <w:r>
              <w:t>Logaritme, Serveis Logístics, AIE</w:t>
            </w:r>
          </w:p>
        </w:tc>
        <w:tc>
          <w:tcPr>
            <w:tcW w:type="dxa" w:w="1440"/>
          </w:tcPr>
          <w:p>
            <w:r>
              <w:t>9.483,90 €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18/10/2023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amb un únic proveïdor per lot per al subministrament d'uniformitat, sabates i guants, complementari (lote 2) · exp. LSL-2023-196</w:t>
            </w:r>
          </w:p>
        </w:tc>
        <w:tc>
          <w:tcPr>
            <w:tcW w:type="dxa" w:w="1440"/>
          </w:tcPr>
          <w:p>
            <w:r>
              <w:t>Logaritme, Serveis Logístics, AIE</w:t>
            </w:r>
          </w:p>
        </w:tc>
        <w:tc>
          <w:tcPr>
            <w:tcW w:type="dxa" w:w="1440"/>
          </w:tcPr>
          <w:p>
            <w:r>
              <w:t>7.213,00 €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18/10/2023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amb un únic proveïdor per lot per al subministrament d'uniformitat, sabates i guants, complementari (lote 4) · exp. LSL-2023-196</w:t>
            </w:r>
          </w:p>
        </w:tc>
        <w:tc>
          <w:tcPr>
            <w:tcW w:type="dxa" w:w="1440"/>
          </w:tcPr>
          <w:p>
            <w:r>
              <w:t>Logaritme, Serveis Logístics, AIE</w:t>
            </w:r>
          </w:p>
        </w:tc>
        <w:tc>
          <w:tcPr>
            <w:tcW w:type="dxa" w:w="1440"/>
          </w:tcPr>
          <w:p>
            <w:r>
              <w:t>5.800,53 €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18/10/2023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de subministrament de la roba i el calçat laboral dels diferents serveis de la Mancomunitat Penedès-Garraf · exp. 1431-1161/2021</w:t>
            </w:r>
          </w:p>
        </w:tc>
        <w:tc>
          <w:tcPr>
            <w:tcW w:type="dxa" w:w="1440"/>
          </w:tcPr>
          <w:p>
            <w:r>
              <w:t>Mancomunitat Penedès - Garraf</w:t>
            </w:r>
          </w:p>
        </w:tc>
        <w:tc>
          <w:tcPr>
            <w:tcW w:type="dxa" w:w="1440"/>
          </w:tcPr>
          <w:p>
            <w:r>
              <w:t>74.490,80 €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02/03/2023 – 01/03/2025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Contractació del subministrament del vestuari pel personal uniformat de l'ajuntament de Sant Adrià de Besòs fins el 31-12-2024 i amb la possibiltat de 2 pròrrogues fins el 31-12-2026 · exp. 2127-2022</w:t>
            </w:r>
          </w:p>
        </w:tc>
        <w:tc>
          <w:tcPr>
            <w:tcW w:type="dxa" w:w="1440"/>
          </w:tcPr>
          <w:p>
            <w:r>
              <w:t>Ajuntament de Sant Adrià de Besòs</w:t>
            </w:r>
          </w:p>
        </w:tc>
        <w:tc>
          <w:tcPr>
            <w:tcW w:type="dxa" w:w="1440"/>
          </w:tcPr>
          <w:p>
            <w:r>
              <w:t>33.463,20 €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01/01/2025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200.544,43 € sin IVA, en 10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Logaritme, Serveis Logístics, AIE</w:t>
      </w:r>
    </w:p>
    <w:p>
      <w:r>
        <w:t xml:space="preserve">Empresa A62732565, con NIF A62732565, adjudicataria del contrato «Acord marc amb un únic proveïdor per lot per al subministrament de roba professional, calçat de seguretat, guants i roba tèrmica per al personal de Logaritme.», lote 1, expediente LSL-2026-204,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16/10/2026 a 16/02/2028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Logaritme, Serveis Logístics, AIE</w:t>
      </w:r>
    </w:p>
    <w:p>
      <w:r>
        <w:t xml:space="preserve">Empresa A62732565, con NIF A62732565, adjudicataria del contrato «Acord marc amb un únic proveïdor per lot per al subministrament de roba professional, calçat de seguretat, guants i roba tèrmica per al personal de Logaritme.», lote 2, expediente LSL-2026-204,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16/10/2026 a 16/02/2028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Logaritme, Serveis Logístics, AIE</w:t>
      </w:r>
    </w:p>
    <w:p>
      <w:r>
        <w:t xml:space="preserve">Empresa A62732565, con NIF A62732565, adjudicataria del contrato «Acord marc amb un únic proveïdor per lot per al subministrament de roba professional, calçat de seguretat, guants i roba tèrmica per al personal de Logaritme.», lote 3, expediente LSL-2026-204,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16/10/2026 a 16/02/2028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Ferrocarrils de la Generalitat de Catalunya</w:t>
      </w:r>
    </w:p>
    <w:p>
      <w:r>
        <w:t xml:space="preserve">Empresa A62732565, con NIF A62732565, adjudicataria del contrato «Subministrament de les peces d’uniformitat del personal de les explotacions de les línies de Lleida - La Pobla i Lleida - Terrassa (Rodalies de Lleida). (Ref:POS35/26)», expediente CONTR/2025/0000000843, adjudicado el …… por 26.226,00 €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08/06/2026 a 08/06/2027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FGCRAIL, SA</w:t>
      </w:r>
    </w:p>
    <w:p>
      <w:r>
        <w:t xml:space="preserve">Empresa A62732565, con NIF A62732565, adjudicataria del contrato «Subministrament de les peces d’uniformitat del personal de les explotacions de les línies de Lleida - La Pobla i Lleida - Terrassa (Rodalies de Lleida). (Ref:POS35/26)», expediente CONTR/2025/0000000797, adjudicado el …… por 43.867,00 €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08/06/2026 a 08/06/2028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Logaritme, Serveis Logístics, AIE</w:t>
      </w:r>
    </w:p>
    <w:p>
      <w:r>
        <w:t xml:space="preserve">Empresa A62732565, con NIF A62732565, adjudicataria del contrato «Acord marc amb un únic proveïdor per lot per al subministrament d'uniformitat, sabates i guants, complementari», lote 1, expediente LSL-2023-196, adjudicado el …… por 9.483,90 €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18/10/2023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Logaritme, Serveis Logístics, AIE</w:t>
      </w:r>
    </w:p>
    <w:p>
      <w:r>
        <w:t xml:space="preserve">Empresa A62732565, con NIF A62732565, adjudicataria del contrato «Acord marc amb un únic proveïdor per lot per al subministrament d'uniformitat, sabates i guants, complementari», lote 2, expediente LSL-2023-196, adjudicado el …… por 7.213,00 €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18/10/2023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Logaritme, Serveis Logístics, AIE</w:t>
      </w:r>
    </w:p>
    <w:p>
      <w:r>
        <w:t xml:space="preserve">Empresa A62732565, con NIF A62732565, adjudicataria del contrato «Acord marc amb un únic proveïdor per lot per al subministrament d'uniformitat, sabates i guants, complementari», lote 4, expediente LSL-2023-196, adjudicado el …… por 5.800,53 €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18/10/2023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Mancomunitat Penedès - Garraf</w:t>
      </w:r>
    </w:p>
    <w:p>
      <w:r>
        <w:t xml:space="preserve">Empresa A62732565, con NIF A62732565, adjudicataria del contrato «contracte de subministrament de la roba i el calçat laboral dels diferents serveis de la Mancomunitat Penedès-Garraf», expediente 1431-1161/2021, adjudicado el …… por 74.490,80 €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02/03/2023 a 01/03/2025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Sant Adrià de Besòs</w:t>
      </w:r>
    </w:p>
    <w:p>
      <w:r>
        <w:t xml:space="preserve">Empresa A62732565, con NIF A62732565, adjudicataria del contrato «Contractació del subministrament del vestuari pel personal uniformat de l'ajuntament de Sant Adrià de Besòs fins el 31-12-2024 i amb la possibiltat de 2 pròrrogues fins el 31-12-2026», expediente 2127-2022, adjudicado el …… por 33.463,20 €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