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EMERGENT CYCLES OF LOG SL</w:t>
      </w:r>
    </w:p>
    <w:p>
      <w:r>
        <w:t>NIF B75671214.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