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Emergalia S.L.U.</w:t>
      </w:r>
    </w:p>
    <w:p>
      <w:r>
        <w:t>NIF B32311763.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útiles y herramientas para el Servicio de Prevención, Extinción de Incendios y Salvamento del Ayuntamiento de Málaga, compuesto por 12 lotes. (lote 10) · exp. 21/26</w:t>
            </w:r>
          </w:p>
        </w:tc>
        <w:tc>
          <w:tcPr>
            <w:tcW w:type="dxa" w:w="1440"/>
          </w:tcPr>
          <w:p>
            <w:r>
              <w:t>Ayuntamiento de Málaga · NIF P2906700F</w:t>
            </w:r>
          </w:p>
        </w:tc>
        <w:tc>
          <w:tcPr>
            <w:tcW w:type="dxa" w:w="1440"/>
          </w:tcPr>
          <w:p>
            <w:r>
              <w:t>3.480,00 €</w:t>
            </w:r>
          </w:p>
        </w:tc>
        <w:tc>
          <w:tcPr>
            <w:tcW w:type="dxa" w:w="1440"/>
          </w:tcPr>
          <w:p>
            <w:r>
              <w:t>29/10/2026</w:t>
            </w:r>
          </w:p>
        </w:tc>
        <w:tc>
          <w:tcPr>
            <w:tcW w:type="dxa" w:w="1440"/>
          </w:tcPr>
          <w:p>
            <w:r>
              <w:t>29/11/2026 – en curso</w:t>
            </w:r>
          </w:p>
        </w:tc>
        <w:tc>
          <w:tcPr>
            <w:tcW w:type="dxa" w:w="1440"/>
          </w:tcPr>
          <w:p>
            <w:r>
              <w:rPr>
                <w:highlight w:val="yellow"/>
              </w:rPr>
              <w:t>rellenar</w:t>
            </w:r>
          </w:p>
        </w:tc>
      </w:tr>
      <w:tr>
        <w:tc>
          <w:tcPr>
            <w:tcW w:type="dxa" w:w="1440"/>
          </w:tcPr>
          <w:p>
            <w:r>
              <w:t>Suministro de útiles y herramientas para el Servicio de Prevención, Extinción de Incendios y Salvamento del Ayuntamiento de Málaga, compuesto por 12 lotes. (lote 7) · exp. 21/26</w:t>
            </w:r>
          </w:p>
        </w:tc>
        <w:tc>
          <w:tcPr>
            <w:tcW w:type="dxa" w:w="1440"/>
          </w:tcPr>
          <w:p>
            <w:r>
              <w:t>Ayuntamiento de Málaga · NIF P2906700F</w:t>
            </w:r>
          </w:p>
        </w:tc>
        <w:tc>
          <w:tcPr>
            <w:tcW w:type="dxa" w:w="1440"/>
          </w:tcPr>
          <w:p>
            <w:r>
              <w:t>3.270,00 €</w:t>
            </w:r>
          </w:p>
        </w:tc>
        <w:tc>
          <w:tcPr>
            <w:tcW w:type="dxa" w:w="1440"/>
          </w:tcPr>
          <w:p>
            <w:r>
              <w:t>29/10/2026</w:t>
            </w:r>
          </w:p>
        </w:tc>
        <w:tc>
          <w:tcPr>
            <w:tcW w:type="dxa" w:w="1440"/>
          </w:tcPr>
          <w:p>
            <w:r>
              <w:t>29/11/2026 – en curso</w:t>
            </w:r>
          </w:p>
        </w:tc>
        <w:tc>
          <w:tcPr>
            <w:tcW w:type="dxa" w:w="1440"/>
          </w:tcPr>
          <w:p>
            <w:r>
              <w:rPr>
                <w:highlight w:val="yellow"/>
              </w:rPr>
              <w:t>rellenar</w:t>
            </w:r>
          </w:p>
        </w:tc>
      </w:tr>
      <w:tr>
        <w:tc>
          <w:tcPr>
            <w:tcW w:type="dxa" w:w="1440"/>
          </w:tcPr>
          <w:p>
            <w:r>
              <w:t>Suministro de útiles y herramientas para el Servicio de Prevención, Extinción de Incendios y Salvamento del Ayuntamiento de Málaga, compuesto por 12 lotes. (lote 8) · exp. 21/26</w:t>
            </w:r>
          </w:p>
        </w:tc>
        <w:tc>
          <w:tcPr>
            <w:tcW w:type="dxa" w:w="1440"/>
          </w:tcPr>
          <w:p>
            <w:r>
              <w:t>Ayuntamiento de Málaga · NIF P2906700F</w:t>
            </w:r>
          </w:p>
        </w:tc>
        <w:tc>
          <w:tcPr>
            <w:tcW w:type="dxa" w:w="1440"/>
          </w:tcPr>
          <w:p>
            <w:r>
              <w:t>7.231,67 €</w:t>
            </w:r>
          </w:p>
        </w:tc>
        <w:tc>
          <w:tcPr>
            <w:tcW w:type="dxa" w:w="1440"/>
          </w:tcPr>
          <w:p>
            <w:r>
              <w:t>29/10/2026</w:t>
            </w:r>
          </w:p>
        </w:tc>
        <w:tc>
          <w:tcPr>
            <w:tcW w:type="dxa" w:w="1440"/>
          </w:tcPr>
          <w:p>
            <w:r>
              <w:t>29/11/2026 – en curso</w:t>
            </w:r>
          </w:p>
        </w:tc>
        <w:tc>
          <w:tcPr>
            <w:tcW w:type="dxa" w:w="1440"/>
          </w:tcPr>
          <w:p>
            <w:r>
              <w:rPr>
                <w:highlight w:val="yellow"/>
              </w:rPr>
              <w:t>rellenar</w:t>
            </w:r>
          </w:p>
        </w:tc>
      </w:tr>
      <w:tr>
        <w:tc>
          <w:tcPr>
            <w:tcW w:type="dxa" w:w="1440"/>
          </w:tcPr>
          <w:p>
            <w:r>
              <w:t>Diverso material embarcado de tipo inmovilizado para los recursos de la nueva flota del SAMU 061  de Baleares (lote 2) · exp. UCASU 2025 38673</w:t>
            </w:r>
          </w:p>
        </w:tc>
        <w:tc>
          <w:tcPr>
            <w:tcW w:type="dxa" w:w="1440"/>
          </w:tcPr>
          <w:p>
            <w:r>
              <w:t>Servicio de Salud de las Illes Balears · NIF Q0719003F</w:t>
            </w:r>
          </w:p>
        </w:tc>
        <w:tc>
          <w:tcPr>
            <w:tcW w:type="dxa" w:w="1440"/>
          </w:tcPr>
          <w:p>
            <w:r>
              <w:t>24.048,70 €</w:t>
            </w:r>
          </w:p>
        </w:tc>
        <w:tc>
          <w:tcPr>
            <w:tcW w:type="dxa" w:w="1440"/>
          </w:tcPr>
          <w:p>
            <w:r>
              <w:t>14/10/2025</w:t>
            </w:r>
          </w:p>
        </w:tc>
        <w:tc>
          <w:tcPr>
            <w:tcW w:type="dxa" w:w="1440"/>
          </w:tcPr>
          <w:p>
            <w:r>
              <w:t>14/11/2025 – 14/01/2026</w:t>
            </w:r>
          </w:p>
        </w:tc>
        <w:tc>
          <w:tcPr>
            <w:tcW w:type="dxa" w:w="1440"/>
          </w:tcPr>
          <w:p>
            <w:r>
              <w:rPr>
                <w:highlight w:val="yellow"/>
              </w:rPr>
              <w:t>rellenar</w:t>
            </w:r>
          </w:p>
        </w:tc>
      </w:tr>
      <w:tr>
        <w:tc>
          <w:tcPr>
            <w:tcW w:type="dxa" w:w="1440"/>
          </w:tcPr>
          <w:p>
            <w:r>
              <w:t>Adquisición de dos cámaras de transporte y aislamiento · exp. SAS-061-2024-2</w:t>
            </w:r>
          </w:p>
        </w:tc>
        <w:tc>
          <w:tcPr>
            <w:tcW w:type="dxa" w:w="1440"/>
          </w:tcPr>
          <w:p>
            <w:r>
              <w:t>Gerencia de Urgencias y Emergencias Sanitarias de Aragón · NIF Q5000442C</w:t>
            </w:r>
          </w:p>
        </w:tc>
        <w:tc>
          <w:tcPr>
            <w:tcW w:type="dxa" w:w="1440"/>
          </w:tcPr>
          <w:p>
            <w:r>
              <w:t>9.000,00 €</w:t>
            </w:r>
          </w:p>
        </w:tc>
        <w:tc>
          <w:tcPr>
            <w:tcW w:type="dxa" w:w="1440"/>
          </w:tcPr>
          <w:p>
            <w:r>
              <w:t>20/12/2024</w:t>
            </w:r>
          </w:p>
        </w:tc>
        <w:tc>
          <w:tcPr>
            <w:tcW w:type="dxa" w:w="1440"/>
          </w:tcPr>
          <w:p>
            <w:r>
              <w:t>26/12/2024 – 31/12/2024</w:t>
            </w:r>
          </w:p>
        </w:tc>
        <w:tc>
          <w:tcPr>
            <w:tcW w:type="dxa" w:w="1440"/>
          </w:tcPr>
          <w:p>
            <w:r>
              <w:rPr>
                <w:highlight w:val="yellow"/>
              </w:rPr>
              <w:t>rellenar</w:t>
            </w:r>
          </w:p>
        </w:tc>
      </w:tr>
      <w:tr>
        <w:tc>
          <w:tcPr>
            <w:tcW w:type="dxa" w:w="1440"/>
          </w:tcPr>
          <w:p>
            <w:r>
              <w:t>Adquisición de utillaje operativo, mobiliario y utillaje socorrista para la Agrupación del Voluntariado de Protección Civil del Excmo. Ayuntamiento de Málaga. (lote 2) · exp. PASA 24/56/1486</w:t>
            </w:r>
          </w:p>
        </w:tc>
        <w:tc>
          <w:tcPr>
            <w:tcW w:type="dxa" w:w="1440"/>
          </w:tcPr>
          <w:p>
            <w:r>
              <w:t>Concejalía Delegada del Área Específica de Seguridad del Ayuntamiento de Málaga · NIF P2906700F</w:t>
            </w:r>
          </w:p>
        </w:tc>
        <w:tc>
          <w:tcPr>
            <w:tcW w:type="dxa" w:w="1440"/>
          </w:tcPr>
          <w:p>
            <w:r>
              <w:t>3.718,12 €</w:t>
            </w:r>
          </w:p>
        </w:tc>
        <w:tc>
          <w:tcPr>
            <w:tcW w:type="dxa" w:w="1440"/>
          </w:tcPr>
          <w:p>
            <w:r>
              <w:t>28/11/2024</w:t>
            </w:r>
          </w:p>
        </w:tc>
        <w:tc>
          <w:tcPr>
            <w:tcW w:type="dxa" w:w="1440"/>
          </w:tcPr>
          <w:p>
            <w:r>
              <w:t>04/12/2024 – 16/01/2025</w:t>
            </w:r>
          </w:p>
        </w:tc>
        <w:tc>
          <w:tcPr>
            <w:tcW w:type="dxa" w:w="1440"/>
          </w:tcPr>
          <w:p>
            <w:r>
              <w:rPr>
                <w:highlight w:val="yellow"/>
              </w:rPr>
              <w:t>rellenar</w:t>
            </w:r>
          </w:p>
        </w:tc>
      </w:tr>
      <w:tr>
        <w:tc>
          <w:tcPr>
            <w:tcW w:type="dxa" w:w="1440"/>
          </w:tcPr>
          <w:p>
            <w:r>
              <w:t>Adquisición de Equipamiento para la AVPC Málaga. (lote 3) · exp. PASA/23/56/2111</w:t>
            </w:r>
          </w:p>
        </w:tc>
        <w:tc>
          <w:tcPr>
            <w:tcW w:type="dxa" w:w="1440"/>
          </w:tcPr>
          <w:p>
            <w:r>
              <w:t>Concejalía Delegada del Área Específica de Seguridad del Ayuntamiento de Málaga · NIF P2906700F</w:t>
            </w:r>
          </w:p>
        </w:tc>
        <w:tc>
          <w:tcPr>
            <w:tcW w:type="dxa" w:w="1440"/>
          </w:tcPr>
          <w:p>
            <w:r>
              <w:t>2.178,00 €</w:t>
            </w:r>
          </w:p>
        </w:tc>
        <w:tc>
          <w:tcPr>
            <w:tcW w:type="dxa" w:w="1440"/>
          </w:tcPr>
          <w:p>
            <w:r>
              <w:t>09/08/2024</w:t>
            </w:r>
          </w:p>
        </w:tc>
        <w:tc>
          <w:tcPr>
            <w:tcW w:type="dxa" w:w="1440"/>
          </w:tcPr>
          <w:p>
            <w:r>
              <w:t>04/09/2024 – 02/10/2024</w:t>
            </w:r>
          </w:p>
        </w:tc>
        <w:tc>
          <w:tcPr>
            <w:tcW w:type="dxa" w:w="1440"/>
          </w:tcPr>
          <w:p>
            <w:r>
              <w:rPr>
                <w:highlight w:val="yellow"/>
              </w:rPr>
              <w:t>rellenar</w:t>
            </w:r>
          </w:p>
        </w:tc>
      </w:tr>
      <w:tr>
        <w:tc>
          <w:tcPr>
            <w:tcW w:type="dxa" w:w="1440"/>
          </w:tcPr>
          <w:p>
            <w:r>
              <w:t>Suministro de sillas de evacuación (lote 5) · exp. 8603_DD26_0008</w:t>
            </w:r>
          </w:p>
        </w:tc>
        <w:tc>
          <w:tcPr>
            <w:tcW w:type="dxa" w:w="1440"/>
          </w:tcPr>
          <w:p>
            <w:r>
              <w:t>Transporte Sanitario de Navarra Bidean, S.L.</w:t>
            </w:r>
          </w:p>
        </w:tc>
        <w:tc>
          <w:tcPr>
            <w:tcW w:type="dxa" w:w="1440"/>
          </w:tcPr>
          <w:p>
            <w:r>
              <w:t>9.735,00 €</w:t>
            </w:r>
          </w:p>
        </w:tc>
        <w:tc>
          <w:tcPr>
            <w:tcW w:type="dxa" w:w="1440"/>
          </w:tcPr>
          <w:p>
            <w:r/>
          </w:p>
        </w:tc>
        <w:tc>
          <w:tcPr>
            <w:tcW w:type="dxa" w:w="1440"/>
          </w:tcPr>
          <w:p>
            <w:r>
              <w:t>11/09/2026 – 11/10/2026</w:t>
            </w:r>
          </w:p>
        </w:tc>
        <w:tc>
          <w:tcPr>
            <w:tcW w:type="dxa" w:w="1440"/>
          </w:tcPr>
          <w:p>
            <w:r>
              <w:rPr>
                <w:highlight w:val="yellow"/>
              </w:rPr>
              <w:t>rellenar</w:t>
            </w:r>
          </w:p>
        </w:tc>
      </w:tr>
      <w:tr>
        <w:tc>
          <w:tcPr>
            <w:tcW w:type="dxa" w:w="1440"/>
          </w:tcPr>
          <w:p>
            <w:r>
              <w:t>Suministro de material de inmovilización, traslado y seguridad para transporte sanitario de Emergentziak Osakidetza (lote 657178) · exp. 2026/01194</w:t>
            </w:r>
          </w:p>
        </w:tc>
        <w:tc>
          <w:tcPr>
            <w:tcW w:type="dxa" w:w="1440"/>
          </w:tcPr>
          <w:p>
            <w:r>
              <w:t>OSAKIDETZA - Servicio Vasco de Salud -Director Gerente</w:t>
            </w:r>
          </w:p>
        </w:tc>
        <w:tc>
          <w:tcPr>
            <w:tcW w:type="dxa" w:w="1440"/>
          </w:tcPr>
          <w:p>
            <w:r>
              <w:t>35.120,00 €</w:t>
            </w:r>
          </w:p>
        </w:tc>
        <w:tc>
          <w:tcPr>
            <w:tcW w:type="dxa" w:w="1440"/>
          </w:tcPr>
          <w:p>
            <w:r/>
          </w:p>
        </w:tc>
        <w:tc>
          <w:tcPr>
            <w:tcW w:type="dxa" w:w="1440"/>
          </w:tcPr>
          <w:p>
            <w:r>
              <w:t>26/10/2026 – en curso</w:t>
            </w:r>
          </w:p>
        </w:tc>
        <w:tc>
          <w:tcPr>
            <w:tcW w:type="dxa" w:w="1440"/>
          </w:tcPr>
          <w:p>
            <w:r>
              <w:rPr>
                <w:highlight w:val="yellow"/>
              </w:rPr>
              <w:t>rellenar</w:t>
            </w:r>
          </w:p>
        </w:tc>
      </w:tr>
      <w:tr>
        <w:tc>
          <w:tcPr>
            <w:tcW w:type="dxa" w:w="1440"/>
          </w:tcPr>
          <w:p>
            <w:r>
              <w:t>Suministro de material de inmovilización, traslado y seguridad para transporte sanitario de Emergentziak Osakidetza (lote 657179) · exp. 2026/01194</w:t>
            </w:r>
          </w:p>
        </w:tc>
        <w:tc>
          <w:tcPr>
            <w:tcW w:type="dxa" w:w="1440"/>
          </w:tcPr>
          <w:p>
            <w:r>
              <w:t>OSAKIDETZA - Servicio Vasco de Salud -Director Gerente</w:t>
            </w:r>
          </w:p>
        </w:tc>
        <w:tc>
          <w:tcPr>
            <w:tcW w:type="dxa" w:w="1440"/>
          </w:tcPr>
          <w:p>
            <w:r>
              <w:t>320,00 €</w:t>
            </w:r>
          </w:p>
        </w:tc>
        <w:tc>
          <w:tcPr>
            <w:tcW w:type="dxa" w:w="1440"/>
          </w:tcPr>
          <w:p>
            <w:r/>
          </w:p>
        </w:tc>
        <w:tc>
          <w:tcPr>
            <w:tcW w:type="dxa" w:w="1440"/>
          </w:tcPr>
          <w:p>
            <w:r>
              <w:t>26/10/2026 – en curso</w:t>
            </w:r>
          </w:p>
        </w:tc>
        <w:tc>
          <w:tcPr>
            <w:tcW w:type="dxa" w:w="1440"/>
          </w:tcPr>
          <w:p>
            <w:r>
              <w:rPr>
                <w:highlight w:val="yellow"/>
              </w:rPr>
              <w:t>rellenar</w:t>
            </w:r>
          </w:p>
        </w:tc>
      </w:tr>
      <w:tr>
        <w:tc>
          <w:tcPr>
            <w:tcW w:type="dxa" w:w="1440"/>
          </w:tcPr>
          <w:p>
            <w:r>
              <w:t>Suministro de material de inmovilización, traslado y seguridad para transporte sanitario de Emergentziak Osakidetza (lote 657182) · exp. 2026/01194</w:t>
            </w:r>
          </w:p>
        </w:tc>
        <w:tc>
          <w:tcPr>
            <w:tcW w:type="dxa" w:w="1440"/>
          </w:tcPr>
          <w:p>
            <w:r>
              <w:t>OSAKIDETZA - Servicio Vasco de Salud -Director Gerente</w:t>
            </w:r>
          </w:p>
        </w:tc>
        <w:tc>
          <w:tcPr>
            <w:tcW w:type="dxa" w:w="1440"/>
          </w:tcPr>
          <w:p>
            <w:r>
              <w:t>54.598,50 €</w:t>
            </w:r>
          </w:p>
        </w:tc>
        <w:tc>
          <w:tcPr>
            <w:tcW w:type="dxa" w:w="1440"/>
          </w:tcPr>
          <w:p>
            <w:r/>
          </w:p>
        </w:tc>
        <w:tc>
          <w:tcPr>
            <w:tcW w:type="dxa" w:w="1440"/>
          </w:tcPr>
          <w:p>
            <w:r>
              <w:t>26/10/2026 – en curso</w:t>
            </w:r>
          </w:p>
        </w:tc>
        <w:tc>
          <w:tcPr>
            <w:tcW w:type="dxa" w:w="1440"/>
          </w:tcPr>
          <w:p>
            <w:r>
              <w:rPr>
                <w:highlight w:val="yellow"/>
              </w:rPr>
              <w:t>rellenar</w:t>
            </w:r>
          </w:p>
        </w:tc>
      </w:tr>
      <w:tr>
        <w:tc>
          <w:tcPr>
            <w:tcW w:type="dxa" w:w="1440"/>
          </w:tcPr>
          <w:p>
            <w:r>
              <w:t>Suministro de material de inmovilización, traslado y seguridad para transporte sanitario de Emergentziak Osakidetza (lote 657183) · exp. 2026/01194</w:t>
            </w:r>
          </w:p>
        </w:tc>
        <w:tc>
          <w:tcPr>
            <w:tcW w:type="dxa" w:w="1440"/>
          </w:tcPr>
          <w:p>
            <w:r>
              <w:t>OSAKIDETZA - Servicio Vasco de Salud -Director Gerente</w:t>
            </w:r>
          </w:p>
        </w:tc>
        <w:tc>
          <w:tcPr>
            <w:tcW w:type="dxa" w:w="1440"/>
          </w:tcPr>
          <w:p>
            <w:r>
              <w:t>3.900,00 €</w:t>
            </w:r>
          </w:p>
        </w:tc>
        <w:tc>
          <w:tcPr>
            <w:tcW w:type="dxa" w:w="1440"/>
          </w:tcPr>
          <w:p>
            <w:r/>
          </w:p>
        </w:tc>
        <w:tc>
          <w:tcPr>
            <w:tcW w:type="dxa" w:w="1440"/>
          </w:tcPr>
          <w:p>
            <w:r>
              <w:t>26/10/2026 – en curso</w:t>
            </w:r>
          </w:p>
        </w:tc>
        <w:tc>
          <w:tcPr>
            <w:tcW w:type="dxa" w:w="1440"/>
          </w:tcPr>
          <w:p>
            <w:r>
              <w:rPr>
                <w:highlight w:val="yellow"/>
              </w:rPr>
              <w:t>rellenar</w:t>
            </w:r>
          </w:p>
        </w:tc>
      </w:tr>
      <w:tr>
        <w:tc>
          <w:tcPr>
            <w:tcW w:type="dxa" w:w="1440"/>
          </w:tcPr>
          <w:p>
            <w:r>
              <w:t>Suministro de material de inmovilización, traslado y seguridad para transporte sanitario de Emergentziak Osakidetza (lote 657187) · exp. 2026/01194</w:t>
            </w:r>
          </w:p>
        </w:tc>
        <w:tc>
          <w:tcPr>
            <w:tcW w:type="dxa" w:w="1440"/>
          </w:tcPr>
          <w:p>
            <w:r>
              <w:t>OSAKIDETZA - Servicio Vasco de Salud -Director Gerente</w:t>
            </w:r>
          </w:p>
        </w:tc>
        <w:tc>
          <w:tcPr>
            <w:tcW w:type="dxa" w:w="1440"/>
          </w:tcPr>
          <w:p>
            <w:r>
              <w:t>5.700,00 €</w:t>
            </w:r>
          </w:p>
        </w:tc>
        <w:tc>
          <w:tcPr>
            <w:tcW w:type="dxa" w:w="1440"/>
          </w:tcPr>
          <w:p>
            <w:r/>
          </w:p>
        </w:tc>
        <w:tc>
          <w:tcPr>
            <w:tcW w:type="dxa" w:w="1440"/>
          </w:tcPr>
          <w:p>
            <w:r>
              <w:t>26/10/2026 – en curso</w:t>
            </w:r>
          </w:p>
        </w:tc>
        <w:tc>
          <w:tcPr>
            <w:tcW w:type="dxa" w:w="1440"/>
          </w:tcPr>
          <w:p>
            <w:r>
              <w:rPr>
                <w:highlight w:val="yellow"/>
              </w:rPr>
              <w:t>rellenar</w:t>
            </w:r>
          </w:p>
        </w:tc>
      </w:tr>
      <w:tr>
        <w:tc>
          <w:tcPr>
            <w:tcW w:type="dxa" w:w="1440"/>
          </w:tcPr>
          <w:p>
            <w:r>
              <w:t>Suministro de material de inmovilización, traslado y seguridad para transporte sanitario de Emergentziak Osakidetza (lote 657189) · exp. 2026/01194</w:t>
            </w:r>
          </w:p>
        </w:tc>
        <w:tc>
          <w:tcPr>
            <w:tcW w:type="dxa" w:w="1440"/>
          </w:tcPr>
          <w:p>
            <w:r>
              <w:t>OSAKIDETZA - Servicio Vasco de Salud -Director Gerente</w:t>
            </w:r>
          </w:p>
        </w:tc>
        <w:tc>
          <w:tcPr>
            <w:tcW w:type="dxa" w:w="1440"/>
          </w:tcPr>
          <w:p>
            <w:r>
              <w:t>41.300,00 €</w:t>
            </w:r>
          </w:p>
        </w:tc>
        <w:tc>
          <w:tcPr>
            <w:tcW w:type="dxa" w:w="1440"/>
          </w:tcPr>
          <w:p>
            <w:r/>
          </w:p>
        </w:tc>
        <w:tc>
          <w:tcPr>
            <w:tcW w:type="dxa" w:w="1440"/>
          </w:tcPr>
          <w:p>
            <w:r>
              <w:t>26/10/2026 – en curso</w:t>
            </w:r>
          </w:p>
        </w:tc>
        <w:tc>
          <w:tcPr>
            <w:tcW w:type="dxa" w:w="1440"/>
          </w:tcPr>
          <w:p>
            <w:r>
              <w:rPr>
                <w:highlight w:val="yellow"/>
              </w:rPr>
              <w:t>rellenar</w:t>
            </w:r>
          </w:p>
        </w:tc>
      </w:tr>
      <w:tr>
        <w:tc>
          <w:tcPr>
            <w:tcW w:type="dxa" w:w="1440"/>
          </w:tcPr>
          <w:p>
            <w:r>
              <w:t>Sistema Dinámico de Compra para el suministro del equipamiento material sanitario dirigido al transporte sanitario en l Comunidad Foral de Navarra (lote 1) · exp. 8603_DS25/0001</w:t>
            </w:r>
          </w:p>
        </w:tc>
        <w:tc>
          <w:tcPr>
            <w:tcW w:type="dxa" w:w="1440"/>
          </w:tcPr>
          <w:p>
            <w:r>
              <w:t>Transporte Sanitario de Navarra Bidean, S.L.</w:t>
            </w:r>
          </w:p>
        </w:tc>
        <w:tc>
          <w:tcPr>
            <w:tcW w:type="dxa" w:w="1440"/>
          </w:tcPr>
          <w:p>
            <w:r>
              <w:t>0,00 €</w:t>
            </w:r>
          </w:p>
        </w:tc>
        <w:tc>
          <w:tcPr>
            <w:tcW w:type="dxa" w:w="1440"/>
          </w:tcPr>
          <w:p>
            <w:r/>
          </w:p>
        </w:tc>
        <w:tc>
          <w:tcPr>
            <w:tcW w:type="dxa" w:w="1440"/>
          </w:tcPr>
          <w:p>
            <w:r>
              <w:t>26/08/2025 – en curso</w:t>
            </w:r>
          </w:p>
        </w:tc>
        <w:tc>
          <w:tcPr>
            <w:tcW w:type="dxa" w:w="1440"/>
          </w:tcPr>
          <w:p>
            <w:r>
              <w:rPr>
                <w:highlight w:val="yellow"/>
              </w:rPr>
              <w:t>rellenar</w:t>
            </w:r>
          </w:p>
        </w:tc>
      </w:tr>
      <w:tr>
        <w:tc>
          <w:tcPr>
            <w:tcW w:type="dxa" w:w="1440"/>
          </w:tcPr>
          <w:p>
            <w:r>
              <w:t>Sistema Dinámico de Compra para el suministro del equipamiento material sanitario dirigido al transporte sanitario en l Comunidad Foral de Navarra (lote 2) · exp. 8603_DS25/0001</w:t>
            </w:r>
          </w:p>
        </w:tc>
        <w:tc>
          <w:tcPr>
            <w:tcW w:type="dxa" w:w="1440"/>
          </w:tcPr>
          <w:p>
            <w:r>
              <w:t>Transporte Sanitario de Navarra Bidean, S.L.</w:t>
            </w:r>
          </w:p>
        </w:tc>
        <w:tc>
          <w:tcPr>
            <w:tcW w:type="dxa" w:w="1440"/>
          </w:tcPr>
          <w:p>
            <w:r>
              <w:t>0,00 €</w:t>
            </w:r>
          </w:p>
        </w:tc>
        <w:tc>
          <w:tcPr>
            <w:tcW w:type="dxa" w:w="1440"/>
          </w:tcPr>
          <w:p>
            <w:r/>
          </w:p>
        </w:tc>
        <w:tc>
          <w:tcPr>
            <w:tcW w:type="dxa" w:w="1440"/>
          </w:tcPr>
          <w:p>
            <w:r>
              <w:t>26/08/2025 – en curso</w:t>
            </w:r>
          </w:p>
        </w:tc>
        <w:tc>
          <w:tcPr>
            <w:tcW w:type="dxa" w:w="1440"/>
          </w:tcPr>
          <w:p>
            <w:r>
              <w:rPr>
                <w:highlight w:val="yellow"/>
              </w:rPr>
              <w:t>rellenar</w:t>
            </w:r>
          </w:p>
        </w:tc>
      </w:tr>
      <w:tr>
        <w:tc>
          <w:tcPr>
            <w:tcW w:type="dxa" w:w="1440"/>
          </w:tcPr>
          <w:p>
            <w:r>
              <w:t>Sistema Dinámico de Compra para el suministro del equipamiento material sanitario dirigido al transporte sanitario en l Comunidad Foral de Navarra (lote 3) · exp. 8603_DS25/0001</w:t>
            </w:r>
          </w:p>
        </w:tc>
        <w:tc>
          <w:tcPr>
            <w:tcW w:type="dxa" w:w="1440"/>
          </w:tcPr>
          <w:p>
            <w:r>
              <w:t>Transporte Sanitario de Navarra Bidean, S.L.</w:t>
            </w:r>
          </w:p>
        </w:tc>
        <w:tc>
          <w:tcPr>
            <w:tcW w:type="dxa" w:w="1440"/>
          </w:tcPr>
          <w:p>
            <w:r>
              <w:t>0,00 €</w:t>
            </w:r>
          </w:p>
        </w:tc>
        <w:tc>
          <w:tcPr>
            <w:tcW w:type="dxa" w:w="1440"/>
          </w:tcPr>
          <w:p>
            <w:r/>
          </w:p>
        </w:tc>
        <w:tc>
          <w:tcPr>
            <w:tcW w:type="dxa" w:w="1440"/>
          </w:tcPr>
          <w:p>
            <w:r>
              <w:t>26/08/2025 – en curso</w:t>
            </w:r>
          </w:p>
        </w:tc>
        <w:tc>
          <w:tcPr>
            <w:tcW w:type="dxa" w:w="1440"/>
          </w:tcPr>
          <w:p>
            <w:r>
              <w:rPr>
                <w:highlight w:val="yellow"/>
              </w:rPr>
              <w:t>rellenar</w:t>
            </w:r>
          </w:p>
        </w:tc>
      </w:tr>
      <w:tr>
        <w:tc>
          <w:tcPr>
            <w:tcW w:type="dxa" w:w="1440"/>
          </w:tcPr>
          <w:p>
            <w:r>
              <w:t>Sistema Dinámico de Compra para el suministro del equipamiento material sanitario dirigido al transporte sanitario en l Comunidad Foral de Navarra (lote 4) · exp. 8603_DS25/0001</w:t>
            </w:r>
          </w:p>
        </w:tc>
        <w:tc>
          <w:tcPr>
            <w:tcW w:type="dxa" w:w="1440"/>
          </w:tcPr>
          <w:p>
            <w:r>
              <w:t>Transporte Sanitario de Navarra Bidean, S.L.</w:t>
            </w:r>
          </w:p>
        </w:tc>
        <w:tc>
          <w:tcPr>
            <w:tcW w:type="dxa" w:w="1440"/>
          </w:tcPr>
          <w:p>
            <w:r>
              <w:t>0,00 €</w:t>
            </w:r>
          </w:p>
        </w:tc>
        <w:tc>
          <w:tcPr>
            <w:tcW w:type="dxa" w:w="1440"/>
          </w:tcPr>
          <w:p>
            <w:r/>
          </w:p>
        </w:tc>
        <w:tc>
          <w:tcPr>
            <w:tcW w:type="dxa" w:w="1440"/>
          </w:tcPr>
          <w:p>
            <w:r>
              <w:t>26/08/2025 – en curso</w:t>
            </w:r>
          </w:p>
        </w:tc>
        <w:tc>
          <w:tcPr>
            <w:tcW w:type="dxa" w:w="1440"/>
          </w:tcPr>
          <w:p>
            <w:r>
              <w:rPr>
                <w:highlight w:val="yellow"/>
              </w:rPr>
              <w:t>rellenar</w:t>
            </w:r>
          </w:p>
        </w:tc>
      </w:tr>
      <w:tr>
        <w:tc>
          <w:tcPr>
            <w:tcW w:type="dxa" w:w="1440"/>
          </w:tcPr>
          <w:p>
            <w:r>
              <w:t>Sistema Dinámico de Compra para el suministro del equipamiento material sanitario dirigido al transporte sanitario en l Comunidad Foral de Navarra (lote 5) · exp. 8603_DS25/0001</w:t>
            </w:r>
          </w:p>
        </w:tc>
        <w:tc>
          <w:tcPr>
            <w:tcW w:type="dxa" w:w="1440"/>
          </w:tcPr>
          <w:p>
            <w:r>
              <w:t>Transporte Sanitario de Navarra Bidean, S.L.</w:t>
            </w:r>
          </w:p>
        </w:tc>
        <w:tc>
          <w:tcPr>
            <w:tcW w:type="dxa" w:w="1440"/>
          </w:tcPr>
          <w:p>
            <w:r>
              <w:t>0,00 €</w:t>
            </w:r>
          </w:p>
        </w:tc>
        <w:tc>
          <w:tcPr>
            <w:tcW w:type="dxa" w:w="1440"/>
          </w:tcPr>
          <w:p>
            <w:r/>
          </w:p>
        </w:tc>
        <w:tc>
          <w:tcPr>
            <w:tcW w:type="dxa" w:w="1440"/>
          </w:tcPr>
          <w:p>
            <w:r>
              <w:t>26/08/2025 – en curso</w:t>
            </w:r>
          </w:p>
        </w:tc>
        <w:tc>
          <w:tcPr>
            <w:tcW w:type="dxa" w:w="1440"/>
          </w:tcPr>
          <w:p>
            <w:r>
              <w:rPr>
                <w:highlight w:val="yellow"/>
              </w:rPr>
              <w:t>rellenar</w:t>
            </w:r>
          </w:p>
        </w:tc>
      </w:tr>
      <w:tr>
        <w:tc>
          <w:tcPr>
            <w:tcW w:type="dxa" w:w="1440"/>
          </w:tcPr>
          <w:p>
            <w:r>
              <w:t>Suministro de material médico para las ambulancias · exp. 8603_PL25/0004</w:t>
            </w:r>
          </w:p>
        </w:tc>
        <w:tc>
          <w:tcPr>
            <w:tcW w:type="dxa" w:w="1440"/>
          </w:tcPr>
          <w:p>
            <w:r>
              <w:t>Transporte Sanitario de Navarra Bidean, S.L.</w:t>
            </w:r>
          </w:p>
        </w:tc>
        <w:tc>
          <w:tcPr>
            <w:tcW w:type="dxa" w:w="1440"/>
          </w:tcPr>
          <w:p>
            <w:r>
              <w:t>59.731,55 €</w:t>
            </w:r>
          </w:p>
        </w:tc>
        <w:tc>
          <w:tcPr>
            <w:tcW w:type="dxa" w:w="1440"/>
          </w:tcPr>
          <w:p>
            <w:r/>
          </w:p>
        </w:tc>
        <w:tc>
          <w:tcPr>
            <w:tcW w:type="dxa" w:w="1440"/>
          </w:tcPr>
          <w:p>
            <w:r>
              <w:t>31/01/2025 – 10/02/2025</w:t>
            </w:r>
          </w:p>
        </w:tc>
        <w:tc>
          <w:tcPr>
            <w:tcW w:type="dxa" w:w="1440"/>
          </w:tcPr>
          <w:p>
            <w:r>
              <w:rPr>
                <w:highlight w:val="yellow"/>
              </w:rPr>
              <w:t>rellenar</w:t>
            </w:r>
          </w:p>
        </w:tc>
      </w:tr>
    </w:tbl>
    <w:p/>
    <w:p>
      <w:r>
        <w:rPr>
          <w:b/>
        </w:rPr>
        <w:t>Importe adjudicado en el periodo: 263.331,54 € sin IVA, en 20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Málaga (NIF P2906700F)</w:t>
      </w:r>
    </w:p>
    <w:p>
      <w:r>
        <w:t xml:space="preserve">Emergalia S.L.U., con NIF B32311763, adjudicataria del contrato «Suministro de útiles y herramientas para el Servicio de Prevención, Extinción de Incendios y Salvamento del Ayuntamiento de Málaga, compuesto por 12 lotes.», lote 10, expediente 21/26, adjudicado el 29/10/2026 por 3.480,00 €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29/11/2026 a 21/02/2027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Málaga (NIF P2906700F)</w:t>
      </w:r>
    </w:p>
    <w:p>
      <w:r>
        <w:t xml:space="preserve">Emergalia S.L.U., con NIF B32311763, adjudicataria del contrato «Suministro de útiles y herramientas para el Servicio de Prevención, Extinción de Incendios y Salvamento del Ayuntamiento de Málaga, compuesto por 12 lotes.», lote 7, expediente 21/26, adjudicado el 29/10/2026 por 3.270,00 €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29/11/2026 a 21/02/2027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Málaga (NIF P2906700F)</w:t>
      </w:r>
    </w:p>
    <w:p>
      <w:r>
        <w:t xml:space="preserve">Emergalia S.L.U., con NIF B32311763, adjudicataria del contrato «Suministro de útiles y herramientas para el Servicio de Prevención, Extinción de Incendios y Salvamento del Ayuntamiento de Málaga, compuesto por 12 lotes.», lote 8, expediente 21/26, adjudicado el 29/10/2026 por 7.231,67 €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29/11/2026 a 21/02/2027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de Salud de las Illes Balears (NIF Q0719003F)</w:t>
      </w:r>
    </w:p>
    <w:p>
      <w:r>
        <w:t xml:space="preserve">Emergalia S.L.U., con NIF B32311763, adjudicataria del contrato «Diverso material embarcado de tipo inmovilizado para los recursos de la nueva flota del SAMU 061  de Baleares», lote 2, expediente UCASU 2025 38673, adjudicado el 14/10/2025 por 24.048,70 €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14/11/2025 a 14/01/2026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Urgencias y Emergencias Sanitarias de Aragón (NIF Q5000442C)</w:t>
      </w:r>
    </w:p>
    <w:p>
      <w:r>
        <w:t xml:space="preserve">Emergalia S.L.U., con NIF B32311763, adjudicataria del contrato «Adquisición de dos cámaras de transporte y aislamiento», expediente SAS-061-2024-2, adjudicado el 20/12/2024 por 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26/12/2024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Concejalía Delegada del Área Específica de Seguridad del Ayuntamiento de Málaga (NIF P2906700F)</w:t>
      </w:r>
    </w:p>
    <w:p>
      <w:r>
        <w:t xml:space="preserve">Emergalia S.L.U., con NIF B32311763, adjudicataria del contrato «Adquisición de utillaje operativo, mobiliario y utillaje socorrista para la Agrupación del Voluntariado de Protección Civil del Excmo. Ayuntamiento de Málaga.», lote 2, expediente PASA 24/56/1486, adjudicado el 28/11/2024 por 3.718,12 €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04/12/2024 a 16/01/2025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Concejalía Delegada del Área Específica de Seguridad del Ayuntamiento de Málaga (NIF P2906700F)</w:t>
      </w:r>
    </w:p>
    <w:p>
      <w:r>
        <w:t xml:space="preserve">Emergalia S.L.U., con NIF B32311763, adjudicataria del contrato «Adquisición de Equipamiento para la AVPC Málaga.», lote 3, expediente PASA/23/56/2111, adjudicado el 09/08/2024 por 2.178,00 €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04/09/2024 a 02/10/2024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Transporte Sanitario de Navarra Bidean, S.L.</w:t>
      </w:r>
    </w:p>
    <w:p>
      <w:r>
        <w:t xml:space="preserve">Emergalia S.L.U., con NIF B32311763, adjudicataria del contrato «Suministro de sillas de evacuación», lote 5, expediente 8603_DD26_0008, adjudicado el …… por 9.735,00 €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11/09/2026 a 11/10/2026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Emergalia S.L.U., con NIF B32311763, adjudicataria del contrato «Suministro de material de inmovilización, traslado y seguridad para transporte sanitario de Emergentziak Osakidetza», lote 657178, expediente 2026/01194, adjudicado el …… por 35.120,00 €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26/10/2026 a 26/10/2030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Emergalia S.L.U., con NIF B32311763, adjudicataria del contrato «Suministro de material de inmovilización, traslado y seguridad para transporte sanitario de Emergentziak Osakidetza», lote 657179, expediente 2026/01194, adjudicado el …… por 320,00 €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26/10/2026 a 26/10/2030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Emergalia S.L.U., con NIF B32311763, adjudicataria del contrato «Suministro de material de inmovilización, traslado y seguridad para transporte sanitario de Emergentziak Osakidetza», lote 657182, expediente 2026/01194, adjudicado el …… por 54.598,50 €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26/10/2026 a 26/10/2030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Emergalia S.L.U., con NIF B32311763, adjudicataria del contrato «Suministro de material de inmovilización, traslado y seguridad para transporte sanitario de Emergentziak Osakidetza», lote 657183, expediente 2026/01194, adjudicado el …… por 3.900,00 €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26/10/2026 a 26/10/2030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Emergalia S.L.U., con NIF B32311763, adjudicataria del contrato «Suministro de material de inmovilización, traslado y seguridad para transporte sanitario de Emergentziak Osakidetza», lote 657187, expediente 2026/01194, adjudicado el …… por 5.700,00 €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26/10/2026 a 26/10/2030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Emergalia S.L.U., con NIF B32311763, adjudicataria del contrato «Suministro de material de inmovilización, traslado y seguridad para transporte sanitario de Emergentziak Osakidetza», lote 657189, expediente 2026/01194, adjudicado el …… por 41.300,00 €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26/10/2026 a 26/10/2030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Transporte Sanitario de Navarra Bidean, S.L.</w:t>
      </w:r>
    </w:p>
    <w:p>
      <w:r>
        <w:t xml:space="preserve">Emergalia S.L.U., con NIF B32311763, adjudicataria del contrato «Sistema Dinámico de Compra para el suministro del equipamiento material sanitario dirigido al transporte sanitario en l Comunidad Foral de Navarra», lote 1, expediente 8603_DS25/0001,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26/08/2025 a 26/08/2029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Transporte Sanitario de Navarra Bidean, S.L.</w:t>
      </w:r>
    </w:p>
    <w:p>
      <w:r>
        <w:t xml:space="preserve">Emergalia S.L.U., con NIF B32311763, adjudicataria del contrato «Sistema Dinámico de Compra para el suministro del equipamiento material sanitario dirigido al transporte sanitario en l Comunidad Foral de Navarra», lote 2, expediente 8603_DS25/0001,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26/08/2025 a 26/08/2029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Transporte Sanitario de Navarra Bidean, S.L.</w:t>
      </w:r>
    </w:p>
    <w:p>
      <w:r>
        <w:t xml:space="preserve">Emergalia S.L.U., con NIF B32311763, adjudicataria del contrato «Sistema Dinámico de Compra para el suministro del equipamiento material sanitario dirigido al transporte sanitario en l Comunidad Foral de Navarra», lote 3, expediente 8603_DS25/0001,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26/08/2025 a 26/08/2029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Transporte Sanitario de Navarra Bidean, S.L.</w:t>
      </w:r>
    </w:p>
    <w:p>
      <w:r>
        <w:t xml:space="preserve">Emergalia S.L.U., con NIF B32311763, adjudicataria del contrato «Sistema Dinámico de Compra para el suministro del equipamiento material sanitario dirigido al transporte sanitario en l Comunidad Foral de Navarra», lote 4, expediente 8603_DS25/0001,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26/08/2025 a 26/08/2029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Transporte Sanitario de Navarra Bidean, S.L.</w:t>
      </w:r>
    </w:p>
    <w:p>
      <w:r>
        <w:t xml:space="preserve">Emergalia S.L.U., con NIF B32311763, adjudicataria del contrato «Sistema Dinámico de Compra para el suministro del equipamiento material sanitario dirigido al transporte sanitario en l Comunidad Foral de Navarra», lote 5, expediente 8603_DS25/0001,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26/08/2025 a 26/08/2029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Transporte Sanitario de Navarra Bidean, S.L.</w:t>
      </w:r>
    </w:p>
    <w:p>
      <w:r>
        <w:t xml:space="preserve">Emergalia S.L.U., con NIF B32311763, adjudicataria del contrato «Suministro de material médico para las ambulancias», expediente 8603_PL25/0004, adjudicado el …… por 59.731,55 €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31/01/2025 a 10/02/2025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