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Els Llibres del Tirant SL</w:t>
      </w:r>
    </w:p>
    <w:p>
      <w:r>
        <w:t>NIF B62777560.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de las obras:“Luxan de Sayavedra, Matheo. [pseudónimo de Juan Martí]. Segunda parte de la vida del pícaro Guzmán de Alfarache. Valencia: Pedro Patricio Mey, 1602 y Díaz de Montalvo, Alonso. Repertorium quaestionum super Nicolaum de Tudeschis. [Basilea: Johann Amerbach, ca. 1487-88].” · exp. 20260000027C</w:t>
            </w:r>
          </w:p>
        </w:tc>
        <w:tc>
          <w:tcPr>
            <w:tcW w:type="dxa" w:w="1440"/>
          </w:tcPr>
          <w:p>
            <w:r>
              <w:t>Dirección General de la Biblioteca Nacional · NIF Q2828005E</w:t>
            </w:r>
          </w:p>
        </w:tc>
        <w:tc>
          <w:tcPr>
            <w:tcW w:type="dxa" w:w="1440"/>
          </w:tcPr>
          <w:p>
            <w:r>
              <w:t>35.096,11 €</w:t>
            </w:r>
          </w:p>
        </w:tc>
        <w:tc>
          <w:tcPr>
            <w:tcW w:type="dxa" w:w="1440"/>
          </w:tcPr>
          <w:p>
            <w:r>
              <w:t>17/07/2026</w:t>
            </w:r>
          </w:p>
        </w:tc>
        <w:tc>
          <w:tcPr>
            <w:tcW w:type="dxa" w:w="1440"/>
          </w:tcPr>
          <w:p>
            <w:r>
              <w:t>28/07/2026 – 28/08/2026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 d'un manuscrit del s.XV del Liber Proverbiorum de Ramon Llull · exp. BC-2025-249</w:t>
            </w:r>
          </w:p>
        </w:tc>
        <w:tc>
          <w:tcPr>
            <w:tcW w:type="dxa" w:w="1440"/>
          </w:tcPr>
          <w:p>
            <w:r>
              <w:t>Biblioteca de Catalunya</w:t>
            </w:r>
          </w:p>
        </w:tc>
        <w:tc>
          <w:tcPr>
            <w:tcW w:type="dxa" w:w="1440"/>
          </w:tcPr>
          <w:p>
            <w:r>
              <w:t>76.000,00 €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09/12/2025 – 22/12/2025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111.096,11 €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Biblioteca Nacional (NIF Q2828005E)</w:t>
      </w:r>
    </w:p>
    <w:p>
      <w:r>
        <w:t xml:space="preserve">Els Llibres del Tirant SL, con NIF B62777560, adjudicataria del contrato «Adquisición de las obras:“Luxan de Sayavedra, Matheo. [pseudónimo de Juan Martí]. Segunda parte de la vida del pícaro Guzmán de Alfarache. Valencia: Pedro Patricio Mey, 1602 y Díaz de Montalvo, Alonso. Repertorium quaestionum super Nicolaum de Tudeschis. [Basilea: Johann Amerbach, ca. 1487-88].”», expediente 20260000027C, adjudicado el 17/07/2026 por 35.096,11 €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28/07/2026 a 28/08/2026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Biblioteca de Catalunya</w:t>
      </w:r>
    </w:p>
    <w:p>
      <w:r>
        <w:t xml:space="preserve">Els Llibres del Tirant SL, con NIF B62777560, adjudicataria del contrato «Adquisició d'un manuscrit del s.XV del Liber Proverbiorum de Ramon Llull», expediente BC-2025-249, adjudicado el …… por 76.000,00 €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09/12/2025 a 22/12/2025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