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Elite Multigestion S.L.L.</w:t>
      </w:r>
    </w:p>
    <w:p>
      <w:r>
        <w:t>NIF B92428549. Contratos públicos adjudicados en los tres últimos años (servicios), del 30/10/2023 al 30/10/2026,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asistencia y asesoramiento técnico en materia de consumo en el municipio de Álora · exp. 2/2024</w:t>
            </w:r>
          </w:p>
        </w:tc>
        <w:tc>
          <w:tcPr>
            <w:tcW w:type="dxa" w:w="1440"/>
          </w:tcPr>
          <w:p>
            <w:r>
              <w:t>Ayuntamiento de Álora · NIF P2901200B</w:t>
            </w:r>
          </w:p>
        </w:tc>
        <w:tc>
          <w:tcPr>
            <w:tcW w:type="dxa" w:w="1440"/>
          </w:tcPr>
          <w:p>
            <w:r>
              <w:t>10.978,00 €</w:t>
            </w:r>
          </w:p>
        </w:tc>
        <w:tc>
          <w:tcPr>
            <w:tcW w:type="dxa" w:w="1440"/>
          </w:tcPr>
          <w:p>
            <w:r>
              <w:t>12/07/2024</w:t>
            </w:r>
          </w:p>
        </w:tc>
        <w:tc>
          <w:tcPr>
            <w:tcW w:type="dxa" w:w="1440"/>
          </w:tcPr>
          <w:p>
            <w:r>
              <w:t>29/07/2024 – 29/07/2026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10.978,00 €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Álora (NIF P2901200B)</w:t>
      </w:r>
    </w:p>
    <w:p>
      <w:r>
        <w:t xml:space="preserve">Elite Multigestion S.L.L., con NIF B92428549, adjudicataria del contrato «Servicio de asistencia y asesoramiento técnico en materia de consumo en el municipio de Álora», expediente 2/2024, adjudicado el 12/07/2024 por 10.978,00 €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29/07/2024 a 29/07/2026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