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LECCIÓN INSTALACIONES Y REDES, S.L</w:t>
      </w:r>
    </w:p>
    <w:p>
      <w:r>
        <w:t>NIF B13993365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