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EL PASO 2000 TECHNOLOGY SLU</w:t>
      </w:r>
    </w:p>
    <w:p>
      <w:r>
        <w:t>NIF B76177880. Contratos públicos adjudicados en los tres últimos años (servicios), del 08/11/2023 al 08/11/2026, suministros.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  <w:tr>
        <w:tc>
          <w:tcPr>
            <w:tcW w:type="dxa" w:w="1440"/>
          </w:tcPr>
          <w:p>
            <w:r>
              <w:t>Suministro De Neumáticos Para Vehículos De La Flota Del Aeropuerto · exp. TFN-29/2025</w:t>
            </w:r>
          </w:p>
        </w:tc>
        <w:tc>
          <w:tcPr>
            <w:tcW w:type="dxa" w:w="1440"/>
          </w:tcPr>
          <w:p>
            <w:r>
              <w:t>Aena. Dirección del Aeropuerto de Tenerife Norte · NIF A86212420</w:t>
            </w:r>
          </w:p>
        </w:tc>
        <w:tc>
          <w:tcPr>
            <w:tcW w:type="dxa" w:w="1440"/>
          </w:tcPr>
          <w:p>
            <w:r>
              <w:t>20.000,00 €</w:t>
            </w:r>
          </w:p>
        </w:tc>
        <w:tc>
          <w:tcPr>
            <w:tcW w:type="dxa" w:w="1440"/>
          </w:tcPr>
          <w:p>
            <w:r>
              <w:t>23/09/2025</w:t>
            </w:r>
          </w:p>
        </w:tc>
        <w:tc>
          <w:tcPr>
            <w:tcW w:type="dxa" w:w="1440"/>
          </w:tcPr>
          <w:p>
            <w:r>
              <w:t>29/09/2025 – 30/09/2026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  <w:tr>
        <w:tc>
          <w:tcPr>
            <w:tcW w:type="dxa" w:w="1440"/>
          </w:tcPr>
          <w:p>
            <w:r>
              <w:t>Contratación del Suministro y Montaje de Neumáticos Nuevos en Los Vehículos de La Flota del Grupo Tragsa (Turismos, Furgonetas, Todo Terreno 4x4 y Camiones) (lote 3) · exp. TSA0079773</w:t>
            </w:r>
          </w:p>
        </w:tc>
        <w:tc>
          <w:tcPr>
            <w:tcW w:type="dxa" w:w="1440"/>
          </w:tcPr>
          <w:p>
            <w:r>
              <w:t>Empresa de Transformación Agraria S.A.,S.M.E., M.P., (TRAGSA) · NIF A28476208</w:t>
            </w:r>
          </w:p>
        </w:tc>
        <w:tc>
          <w:tcPr>
            <w:tcW w:type="dxa" w:w="1440"/>
          </w:tcPr>
          <w:p>
            <w:r>
              <w:t>54.484,92 €</w:t>
            </w:r>
          </w:p>
        </w:tc>
        <w:tc>
          <w:tcPr>
            <w:tcW w:type="dxa" w:w="1440"/>
          </w:tcPr>
          <w:p>
            <w:r>
              <w:t>23/04/2025</w:t>
            </w:r>
          </w:p>
        </w:tc>
        <w:tc>
          <w:tcPr>
            <w:tcW w:type="dxa" w:w="1440"/>
          </w:tcPr>
          <w:p>
            <w:r>
              <w:t>26/05/2025 – 26/05/2026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  <w:tr>
        <w:tc>
          <w:tcPr>
            <w:tcW w:type="dxa" w:w="1440"/>
          </w:tcPr>
          <w:p>
            <w:r>
              <w:t>Servicio De Aprovisionamiento, Manteniimiento Y Reparación De Neumáticos Para Los Vehículos Del Aeropuerto De Fuerteventura · exp. FUE-35/2024</w:t>
            </w:r>
          </w:p>
        </w:tc>
        <w:tc>
          <w:tcPr>
            <w:tcW w:type="dxa" w:w="1440"/>
          </w:tcPr>
          <w:p>
            <w:r>
              <w:t>Aena. Dirección del Aeropuerto de Fuerteventura · NIF A86212420</w:t>
            </w:r>
          </w:p>
        </w:tc>
        <w:tc>
          <w:tcPr>
            <w:tcW w:type="dxa" w:w="1440"/>
          </w:tcPr>
          <w:p>
            <w:r>
              <w:t>25.000,00 €</w:t>
            </w:r>
          </w:p>
        </w:tc>
        <w:tc>
          <w:tcPr>
            <w:tcW w:type="dxa" w:w="1440"/>
          </w:tcPr>
          <w:p>
            <w:r>
              <w:t>09/07/2024</w:t>
            </w:r>
          </w:p>
        </w:tc>
        <w:tc>
          <w:tcPr>
            <w:tcW w:type="dxa" w:w="1440"/>
          </w:tcPr>
          <w:p>
            <w:r>
              <w:t>31/07/2024 – 30/07/2025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  <w:tr>
        <w:tc>
          <w:tcPr>
            <w:tcW w:type="dxa" w:w="1440"/>
          </w:tcPr>
          <w:p>
            <w:r>
              <w:t>Suministro de neumáticos con instalación para los vehículos y maquinaria adscritos al Servicio Técnico de Carreteras y Paisaje. · exp. C-1505/2021</w:t>
            </w:r>
          </w:p>
        </w:tc>
        <w:tc>
          <w:tcPr>
            <w:tcW w:type="dxa" w:w="1440"/>
          </w:tcPr>
          <w:p>
            <w:r>
              <w:t>Consejo de Gobierno Insular del Cabildo Insular de Tenerife · NIF P3800001D</w:t>
            </w:r>
          </w:p>
        </w:tc>
        <w:tc>
          <w:tcPr>
            <w:tcW w:type="dxa" w:w="1440"/>
          </w:tcPr>
          <w:p>
            <w:r>
              <w:t>90.000,00 €</w:t>
            </w:r>
          </w:p>
        </w:tc>
        <w:tc>
          <w:tcPr>
            <w:tcW w:type="dxa" w:w="1440"/>
          </w:tcPr>
          <w:p>
            <w:r>
              <w:t>02/11/2022</w:t>
            </w:r>
          </w:p>
        </w:tc>
        <w:tc>
          <w:tcPr>
            <w:tcW w:type="dxa" w:w="1440"/>
          </w:tcPr>
          <w:p>
            <w:r>
              <w:t>01/12/2022 – 01/12/2025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</w:tbl>
    <w:p/>
    <w:p>
      <w:r>
        <w:rPr>
          <w:b/>
        </w:rPr>
        <w:t>Importe adjudicado en el periodo: 189.484,92 € sin IVA, en 4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Aena. Dirección del Aeropuerto de Tenerife Norte (NIF A86212420)</w:t>
      </w:r>
    </w:p>
    <w:p>
      <w:r>
        <w:t xml:space="preserve">EL PASO 2000 TECHNOLOGY SLU, con NIF B76177880, adjudicataria del contrato «Suministro De Neumáticos Para Vehículos De La Flota Del Aeropuerto», expediente TFN-29/2025, adjudicado el 23/09/2025 por 20.000,00 €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29/09/2025 a 30/09/2026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Empresa de Transformación Agraria S.A.,S.M.E., M.P., (TRAGSA) (NIF A28476208)</w:t>
      </w:r>
    </w:p>
    <w:p>
      <w:r>
        <w:t xml:space="preserve">EL PASO 2000 TECHNOLOGY SLU, con NIF B76177880, adjudicataria del contrato «Contratación del Suministro y Montaje de Neumáticos Nuevos en Los Vehículos de La Flota del Grupo Tragsa (Turismos, Furgonetas, Todo Terreno 4x4 y Camiones)», lote 3, expediente TSA0079773, adjudicado el 23/04/2025 por 54.484,92 €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26/05/2025 a 26/05/2026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Aena. Dirección del Aeropuerto de Fuerteventura (NIF A86212420)</w:t>
      </w:r>
    </w:p>
    <w:p>
      <w:r>
        <w:t xml:space="preserve">EL PASO 2000 TECHNOLOGY SLU, con NIF B76177880, adjudicataria del contrato «Servicio De Aprovisionamiento, Manteniimiento Y Reparación De Neumáticos Para Los Vehículos Del Aeropuerto De Fuerteventura», expediente FUE-35/2024, adjudicado el 09/07/2024 por 25.000,00 €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31/07/2024 a 30/07/2025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Consejo de Gobierno Insular del Cabildo Insular de Tenerife (NIF P3800001D)</w:t>
      </w:r>
    </w:p>
    <w:p>
      <w:r>
        <w:t xml:space="preserve">EL PASO 2000 TECHNOLOGY SLU, con NIF B76177880, adjudicataria del contrato «Suministro de neumáticos con instalación para los vehículos y maquinaria adscritos al Servicio Técnico de Carreteras y Paisaje.», expediente C-1505/2021, adjudicado el 02/11/2022 por 90.000,00 €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01/12/2022 a 01/12/2025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