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EKITERMIK S.COOP.P</w:t>
      </w:r>
    </w:p>
    <w:p>
      <w:r>
        <w:t>NIF F75034942.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