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EKITERMIK S.COOP.P</w:t>
      </w:r>
    </w:p>
    <w:p>
      <w:r>
        <w:t>NIF F75034942.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Servicios de auditoría, certificaciones y estudios energéticos avanzados en el marco del Proyecto ATENEA (Financiado por el Banco Europeo de Inversiones, Mecanismo ELENA) (2 lotes) (lote 2) · exp. 12-7-2.01-0018/2025</w:t>
            </w:r>
          </w:p>
        </w:tc>
        <w:tc>
          <w:tcPr>
            <w:tcW w:type="dxa" w:w="1440"/>
          </w:tcPr>
          <w:p>
            <w:r>
              <w:t>Servicio de Fondos, Dirección General de Fondos y Relaciones con la Unión Europea, Consejería de Hacienda, Gobernanza Pública, Sociedad Digital y Portavocía del Gobierno</w:t>
            </w:r>
          </w:p>
        </w:tc>
        <w:tc>
          <w:tcPr>
            <w:tcW w:type="dxa" w:w="1440"/>
          </w:tcPr>
          <w:p>
            <w:r>
              <w:t>90.000,00 €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30/06/2026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Contratación de los servicios de asesoría y sensibilización en eficiencia energética en varias empresas de la comarca del Bidasoa para la Agencia de Desarrollo del Bidasoa, s.a. (Bidasoa activa) · exp. 2024CONTR004</w:t>
            </w:r>
          </w:p>
        </w:tc>
        <w:tc>
          <w:tcPr>
            <w:tcW w:type="dxa" w:w="1440"/>
          </w:tcPr>
          <w:p>
            <w:r>
              <w:t>Consejo de Administración</w:t>
            </w:r>
          </w:p>
        </w:tc>
        <w:tc>
          <w:tcPr>
            <w:tcW w:type="dxa" w:w="1440"/>
          </w:tcPr>
          <w:p>
            <w:r>
              <w:t>30.000,00 €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17/04/2024 – 17/10/2025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120.000,00 € sin IVA, en 2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Servicio de Fondos, Dirección General de Fondos y Relaciones con la Unión Europea, Consejería de Hacienda, Gobernanza Pública, Sociedad Digital y Portavocía del Gobierno</w:t>
      </w:r>
    </w:p>
    <w:p>
      <w:r>
        <w:t xml:space="preserve">EKITERMIK S.COOP.P, con NIF F75034942, adjudicataria del contrato «Servicios de auditoría, certificaciones y estudios energéticos avanzados en el marco del Proyecto ATENEA (Financiado por el Banco Europeo de Inversiones, Mecanismo ELENA) (2 lotes)», lote 2, expediente 12-7-2.01-0018/2025, adjudicado el …… por 90.000,00 €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30/06/2026 a 30/06/2028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Consejo de Administración</w:t>
      </w:r>
    </w:p>
    <w:p>
      <w:r>
        <w:t xml:space="preserve">EKITERMIK S.COOP.P, con NIF F75034942, adjudicataria del contrato «Contratación de los servicios de asesoría y sensibilización en eficiencia energética en varias empresas de la comarca del Bidasoa para la Agencia de Desarrollo del Bidasoa, s.a. (Bidasoa activa)», expediente 2024CONTR004, adjudicado el …… por 30.000,00 €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17/04/2024 a 17/10/2025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