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EIGMA, S.L.</w:t>
      </w:r>
    </w:p>
    <w:p>
      <w:r>
        <w:t>NIF B43738459.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A.T. para la redacción del proyecto constructivo para la ampliación del sistema OPS (onshore power supply) del Muelle de Baleares en el dique de levante en el Port de Tarragona · exp. 2026_001SE</w:t>
            </w:r>
          </w:p>
        </w:tc>
        <w:tc>
          <w:tcPr>
            <w:tcW w:type="dxa" w:w="1440"/>
          </w:tcPr>
          <w:p>
            <w:r>
              <w:t>Autoridad Portuaria de Tarragona · NIF Q4367131B</w:t>
            </w:r>
          </w:p>
        </w:tc>
        <w:tc>
          <w:tcPr>
            <w:tcW w:type="dxa" w:w="1440"/>
          </w:tcPr>
          <w:p>
            <w:r>
              <w:t>69.952,00 €</w:t>
            </w:r>
          </w:p>
        </w:tc>
        <w:tc>
          <w:tcPr>
            <w:tcW w:type="dxa" w:w="1440"/>
          </w:tcPr>
          <w:p>
            <w:r>
              <w:t>22/04/2026</w:t>
            </w:r>
          </w:p>
        </w:tc>
        <w:tc>
          <w:tcPr>
            <w:tcW w:type="dxa" w:w="1440"/>
          </w:tcPr>
          <w:p>
            <w:r>
              <w:t>22/05/2026 – 22/09/2026</w:t>
            </w:r>
          </w:p>
        </w:tc>
        <w:tc>
          <w:tcPr>
            <w:tcW w:type="dxa" w:w="1440"/>
          </w:tcPr>
          <w:p>
            <w:r>
              <w:rPr>
                <w:highlight w:val="yellow"/>
              </w:rPr>
              <w:t>rellenar</w:t>
            </w:r>
          </w:p>
        </w:tc>
      </w:tr>
      <w:tr>
        <w:tc>
          <w:tcPr>
            <w:tcW w:type="dxa" w:w="1440"/>
          </w:tcPr>
          <w:p>
            <w:r>
              <w:t>Asistencia Técnica para la redacción del proyecto constructivo y a la Dirección de obra para la electrificación del Muelle de Aragón-Sur en el Port de Tarragona · exp. 2024_003</w:t>
            </w:r>
          </w:p>
        </w:tc>
        <w:tc>
          <w:tcPr>
            <w:tcW w:type="dxa" w:w="1440"/>
          </w:tcPr>
          <w:p>
            <w:r>
              <w:t>Autoridad Portuaria de Tarragona · NIF Q4367131B</w:t>
            </w:r>
          </w:p>
        </w:tc>
        <w:tc>
          <w:tcPr>
            <w:tcW w:type="dxa" w:w="1440"/>
          </w:tcPr>
          <w:p>
            <w:r>
              <w:t>66.862,50 €</w:t>
            </w:r>
          </w:p>
        </w:tc>
        <w:tc>
          <w:tcPr>
            <w:tcW w:type="dxa" w:w="1440"/>
          </w:tcPr>
          <w:p>
            <w:r>
              <w:t>11/07/2024</w:t>
            </w:r>
          </w:p>
        </w:tc>
        <w:tc>
          <w:tcPr>
            <w:tcW w:type="dxa" w:w="1440"/>
          </w:tcPr>
          <w:p>
            <w:r>
              <w:t>11/08/2024 – 11/08/2025</w:t>
            </w:r>
          </w:p>
        </w:tc>
        <w:tc>
          <w:tcPr>
            <w:tcW w:type="dxa" w:w="1440"/>
          </w:tcPr>
          <w:p>
            <w:r>
              <w:rPr>
                <w:highlight w:val="yellow"/>
              </w:rPr>
              <w:t>rellenar</w:t>
            </w:r>
          </w:p>
        </w:tc>
      </w:tr>
    </w:tbl>
    <w:p/>
    <w:p>
      <w:r>
        <w:rPr>
          <w:b/>
        </w:rPr>
        <w:t>Importe adjudicado en el periodo: 136.814,50 €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Autoridad Portuaria de Tarragona (NIF Q4367131B)</w:t>
      </w:r>
    </w:p>
    <w:p>
      <w:r>
        <w:t xml:space="preserve">EIGMA, S.L., con NIF B43738459, adjudicataria del contrato «A.T. para la redacción del proyecto constructivo para la ampliación del sistema OPS (onshore power supply) del Muelle de Baleares en el dique de levante en el Port de Tarragona», expediente 2026_001SE, adjudicado el 22/04/2026 por 69.952,00 €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22/05/2026 a 22/09/2026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Autoridad Portuaria de Tarragona (NIF Q4367131B)</w:t>
      </w:r>
    </w:p>
    <w:p>
      <w:r>
        <w:t xml:space="preserve">EIGMA, S.L., con NIF B43738459, adjudicataria del contrato «Asistencia Técnica para la redacción del proyecto constructivo y a la Dirección de obra para la electrificación del Muelle de Aragón-Sur en el Port de Tarragona», expediente 2024_003, adjudicado el 11/07/2024 por 66.862,50 €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11/08/2024 a 11/08/2025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