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 M O OBRAS CONSTRUCCIONES CONTRATAS Y PROYECTOS SL</w:t>
      </w:r>
    </w:p>
    <w:p>
      <w:r>
        <w:t>NIF B83610279.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El presente contrato tiene por objeto la ejecución de los trabajos relativos a la creación de un conjunto edificado de carácter modular en el entorno del Pantano de Picadas a modo de Centro Abierto, incluida esta acción en el Plan de Sostenibilidad Turística 2023 de la Asociación Sierra Oeste de Madrid (ADI SIERRA OESTE) · exp. 50/2026</w:t>
            </w:r>
          </w:p>
        </w:tc>
        <w:tc>
          <w:tcPr>
            <w:tcW w:type="dxa" w:w="1440"/>
          </w:tcPr>
          <w:p>
            <w:r>
              <w:t>Presidencia de la Asociación para el Desarrollo Integral de la Sierra Oeste de Madrid · NIF G81533929</w:t>
            </w:r>
          </w:p>
        </w:tc>
        <w:tc>
          <w:tcPr>
            <w:tcW w:type="dxa" w:w="1440"/>
          </w:tcPr>
          <w:p>
            <w:r>
              <w:t>123.805,09 €</w:t>
            </w:r>
          </w:p>
        </w:tc>
        <w:tc>
          <w:tcPr>
            <w:tcW w:type="dxa" w:w="1440"/>
          </w:tcPr>
          <w:p>
            <w:r>
              <w:t>09/06/2026</w:t>
            </w:r>
          </w:p>
        </w:tc>
        <w:tc>
          <w:tcPr>
            <w:tcW w:type="dxa" w:w="1440"/>
          </w:tcPr>
          <w:p>
            <w:r>
              <w:t>16/06/2026 – 16/07/2026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El presente contrato tiene por objeto el diseño y la creación de una Red de Recepción de Visitantes, con zonas de sombreado, para 19 municipios de ADI Sierra Oeste · exp. 156/2025</w:t>
            </w:r>
          </w:p>
        </w:tc>
        <w:tc>
          <w:tcPr>
            <w:tcW w:type="dxa" w:w="1440"/>
          </w:tcPr>
          <w:p>
            <w:r>
              <w:t>Presidencia de la Asociación para el Desarrollo Integral de la Sierra Oeste de Madrid · NIF G81533929</w:t>
            </w:r>
          </w:p>
        </w:tc>
        <w:tc>
          <w:tcPr>
            <w:tcW w:type="dxa" w:w="1440"/>
          </w:tcPr>
          <w:p>
            <w:r>
              <w:t>634.710,74 €</w:t>
            </w:r>
          </w:p>
        </w:tc>
        <w:tc>
          <w:tcPr>
            <w:tcW w:type="dxa" w:w="1440"/>
          </w:tcPr>
          <w:p>
            <w:r>
              <w:t>07/11/2025</w:t>
            </w:r>
          </w:p>
        </w:tc>
        <w:tc>
          <w:tcPr>
            <w:tcW w:type="dxa" w:w="1440"/>
          </w:tcPr>
          <w:p>
            <w:r>
              <w:t>07/01/2026 – 07/07/2026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Reforma en centro sociocultural "Fomento de Tao", cubierta de cancha de bola canaria y salones polivalentes para la tercera edad y juventud · exp. 2021/10243</w:t>
            </w:r>
          </w:p>
        </w:tc>
        <w:tc>
          <w:tcPr>
            <w:tcW w:type="dxa" w:w="1440"/>
          </w:tcPr>
          <w:p>
            <w:r>
              <w:t>Ayuntamiento de Teguise · NIF P3502400I</w:t>
            </w:r>
          </w:p>
        </w:tc>
        <w:tc>
          <w:tcPr>
            <w:tcW w:type="dxa" w:w="1440"/>
          </w:tcPr>
          <w:p>
            <w:r>
              <w:t>240.321,45 €</w:t>
            </w:r>
          </w:p>
        </w:tc>
        <w:tc>
          <w:tcPr>
            <w:tcW w:type="dxa" w:w="1440"/>
          </w:tcPr>
          <w:p>
            <w:r>
              <w:t>17/03/2022</w:t>
            </w:r>
          </w:p>
        </w:tc>
        <w:tc>
          <w:tcPr>
            <w:tcW w:type="dxa" w:w="1440"/>
          </w:tcPr>
          <w:p>
            <w:r>
              <w:t>23/03/2022 – 23/09/2022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998.837,28 €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Presidencia de la Asociación para el Desarrollo Integral de la Sierra Oeste de Madrid (NIF G81533929)</w:t>
      </w:r>
    </w:p>
    <w:p>
      <w:r>
        <w:t xml:space="preserve">E M O OBRAS CONSTRUCCIONES CONTRATAS Y PROYECTOS SL, con NIF B83610279, adjudicataria del contrato «El presente contrato tiene por objeto la ejecución de los trabajos relativos a la creación de un conjunto edificado de carácter modular en el entorno del Pantano de Picadas a modo de Centro Abierto, incluida esta acción en el Plan de Sostenibilidad Turística 2023 de la Asociación Sierra Oeste de Madrid (ADI SIERRA OESTE)», expediente 50/2026, adjudicado el 09/06/2026 por 123.805,09 €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16/06/2026 a 16/07/2026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Presidencia de la Asociación para el Desarrollo Integral de la Sierra Oeste de Madrid (NIF G81533929)</w:t>
      </w:r>
    </w:p>
    <w:p>
      <w:r>
        <w:t xml:space="preserve">E M O OBRAS CONSTRUCCIONES CONTRATAS Y PROYECTOS SL, con NIF B83610279, adjudicataria del contrato «El presente contrato tiene por objeto el diseño y la creación de una Red de Recepción de Visitantes, con zonas de sombreado, para 19 municipios de ADI Sierra Oeste», expediente 156/2025, adjudicado el 07/11/2025 por 634.710,74 €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07/01/2026 a 07/07/2026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Teguise (NIF P3502400I)</w:t>
      </w:r>
    </w:p>
    <w:p>
      <w:r>
        <w:t xml:space="preserve">E M O OBRAS CONSTRUCCIONES CONTRATAS Y PROYECTOS SL, con NIF B83610279, adjudicataria del contrato «Reforma en centro sociocultural "Fomento de Tao", cubierta de cancha de bola canaria y salones polivalentes para la tercera edad y juventud», expediente 2021/10243, adjudicado el 17/03/2022 por 240.321,45 €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23/03/2022 a 23/09/2022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