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DISTRIBUCIÓN AUTOMOCIÓN DON BENITO, SL.</w:t>
      </w:r>
    </w:p>
    <w:p>
      <w:r>
        <w:t>NIF B06713432.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