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DISTRIBUCIÓN AUTOMOCIÓN DON BENITO, SL.</w:t>
      </w:r>
    </w:p>
    <w:p>
      <w:r>
        <w:t>NIF B06713432.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materiales para obras PFEA-Garantía Rentas, en Coria (Cáceres), en 8 lotes. (lote 7) · exp. 3196/2024</w:t>
            </w:r>
          </w:p>
        </w:tc>
        <w:tc>
          <w:tcPr>
            <w:tcW w:type="dxa" w:w="1440"/>
          </w:tcPr>
          <w:p>
            <w:r>
              <w:t>Ayuntamiento de Coria · NIF P1006800E</w:t>
            </w:r>
          </w:p>
        </w:tc>
        <w:tc>
          <w:tcPr>
            <w:tcW w:type="dxa" w:w="1440"/>
          </w:tcPr>
          <w:p>
            <w:r>
              <w:t>6.071,00 €</w:t>
            </w:r>
          </w:p>
        </w:tc>
        <w:tc>
          <w:tcPr>
            <w:tcW w:type="dxa" w:w="1440"/>
          </w:tcPr>
          <w:p>
            <w:r>
              <w:t>02/05/2025</w:t>
            </w:r>
          </w:p>
        </w:tc>
        <w:tc>
          <w:tcPr>
            <w:tcW w:type="dxa" w:w="1440"/>
          </w:tcPr>
          <w:p>
            <w:r>
              <w:t>29/08/2025 – 29/01/2026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de herramientas eléctricas y especiales, señalización y EPIS para la Universidad de Sevilla. (lote 1) · exp. 24/AMHERRAMIENTAS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101,82 €</w:t>
            </w:r>
          </w:p>
        </w:tc>
        <w:tc>
          <w:tcPr>
            <w:tcW w:type="dxa" w:w="1440"/>
          </w:tcPr>
          <w:p>
            <w:r>
              <w:t>25/07/2024</w:t>
            </w:r>
          </w:p>
        </w:tc>
        <w:tc>
          <w:tcPr>
            <w:tcW w:type="dxa" w:w="1440"/>
          </w:tcPr>
          <w:p>
            <w:r>
              <w:t>02/09/2024 – 02/09/2025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el suministro de herramientas eléctricas y especiales, señalización y EPIS para la Universidad de Sevilla. (lote 3) · exp. 24/AMHERRAMIENTAS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17,02 €</w:t>
            </w:r>
          </w:p>
        </w:tc>
        <w:tc>
          <w:tcPr>
            <w:tcW w:type="dxa" w:w="1440"/>
          </w:tcPr>
          <w:p>
            <w:r>
              <w:t>25/07/2024</w:t>
            </w:r>
          </w:p>
        </w:tc>
        <w:tc>
          <w:tcPr>
            <w:tcW w:type="dxa" w:w="1440"/>
          </w:tcPr>
          <w:p>
            <w:r>
              <w:t>02/09/2024 – 02/09/2025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6.189,84 €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Coria (NIF P1006800E)</w:t>
      </w:r>
    </w:p>
    <w:p>
      <w:r>
        <w:t xml:space="preserve">DISTRIBUCIÓN AUTOMOCIÓN DON BENITO, SL., con NIF B06713432, adjudicataria del contrato «Suministro de materiales para obras PFEA-Garantía Rentas, en Coria (Cáceres), en 8 lotes.», lote 7, expediente 3196/2024, adjudicado el 02/05/2025 por 6.071,00 €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29/08/2025 a 29/01/2026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DISTRIBUCIÓN AUTOMOCIÓN DON BENITO, SL., con NIF B06713432, adjudicataria del contrato «Acuerdo Marco para el suministro de herramientas eléctricas y especiales, señalización y EPIS para la Universidad de Sevilla.», lote 1, expediente 24/AMHERRAMIENTAS, adjudicado el 25/07/2024 por 101,82 €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02/09/2024 a 02/09/2025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DISTRIBUCIÓN AUTOMOCIÓN DON BENITO, SL., con NIF B06713432, adjudicataria del contrato «Acuerdo Marco para el suministro de herramientas eléctricas y especiales, señalización y EPIS para la Universidad de Sevilla.», lote 3, expediente 24/AMHERRAMIENTAS, adjudicado el 25/07/2024 por 17,02 €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02/09/2024 a 02/09/2025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