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Dilee Lectura Fácil SDAD COOP ESP</w:t>
      </w:r>
    </w:p>
    <w:p>
      <w:r>
        <w:t>NIF F06685408.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