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Dilee Lectura Fácil SDAD COOP ESP</w:t>
      </w:r>
    </w:p>
    <w:p>
      <w:r>
        <w:t>NIF F06685408. Contratos públicos adjudicados en los tres últimos años (servicios), del 03/11/2023 al 03/11/2026,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