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DIÀLEG OBERT</w:t>
      </w:r>
    </w:p>
    <w:p>
      <w:r>
        <w:t>NIF G98963325.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