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DESGUACE LOZANO SL</w:t>
      </w:r>
    </w:p>
    <w:p>
      <w:r>
        <w:t>NIF B91540203.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