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DESATASCOS DEL PIRINEO SL</w:t>
      </w:r>
    </w:p>
    <w:p>
      <w:r>
        <w:t>NIF B42712067.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desatascos de las redes de saneamiento y aguas pluviales del municipio de Sabiñánigo · exp. 1287843X/2024</w:t>
            </w:r>
          </w:p>
        </w:tc>
        <w:tc>
          <w:tcPr>
            <w:tcW w:type="dxa" w:w="1440"/>
          </w:tcPr>
          <w:p>
            <w:r>
              <w:t>Ayuntamiento de Sabiñánigo · NIF P2227500B</w:t>
            </w:r>
          </w:p>
        </w:tc>
        <w:tc>
          <w:tcPr>
            <w:tcW w:type="dxa" w:w="1440"/>
          </w:tcPr>
          <w:p>
            <w:r>
              <w:t>2.800,00 €</w:t>
            </w:r>
          </w:p>
        </w:tc>
        <w:tc>
          <w:tcPr>
            <w:tcW w:type="dxa" w:w="1440"/>
          </w:tcPr>
          <w:p>
            <w:r>
              <w:t>03/06/2024</w:t>
            </w:r>
          </w:p>
        </w:tc>
        <w:tc>
          <w:tcPr>
            <w:tcW w:type="dxa" w:w="1440"/>
          </w:tcPr>
          <w:p>
            <w:r>
              <w:t>03/07/2024 – 03/07/2026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2.800,00 €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Sabiñánigo (NIF P2227500B)</w:t>
      </w:r>
    </w:p>
    <w:p>
      <w:r>
        <w:t xml:space="preserve">DESATASCOS DEL PIRINEO SL, con NIF B42712067, adjudicataria del contrato «Servicios de desatascos de las redes de saneamiento y aguas pluviales del municipio de Sabiñánigo», expediente 1287843X/2024, adjudicado el 03/06/2024 por 2.800,00 €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03/07/2024 a 03/07/2026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