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DELONIA SOFTWARE S.L.</w:t>
      </w:r>
    </w:p>
    <w:p>
      <w:r>
        <w:t>NIF B85975266.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Contratación de una solución homologada para la generación de recetas electrónicas desde la aplicación de salud de umivale Activa · exp. SER-25-0298-CUR</w:t>
            </w:r>
          </w:p>
        </w:tc>
        <w:tc>
          <w:tcPr>
            <w:tcW w:type="dxa" w:w="1440"/>
          </w:tcPr>
          <w:p>
            <w:r>
              <w:t>Gerencia umivale Activa, Mutua Colaboradora con la Seguridad Social número 3 · NIF G96236443</w:t>
            </w:r>
          </w:p>
        </w:tc>
        <w:tc>
          <w:tcPr>
            <w:tcW w:type="dxa" w:w="1440"/>
          </w:tcPr>
          <w:p>
            <w:r>
              <w:t>61.000,00 €</w:t>
            </w:r>
          </w:p>
        </w:tc>
        <w:tc>
          <w:tcPr>
            <w:tcW w:type="dxa" w:w="1440"/>
          </w:tcPr>
          <w:p>
            <w:r>
              <w:t>08/09/2025</w:t>
            </w:r>
          </w:p>
        </w:tc>
        <w:tc>
          <w:tcPr>
            <w:tcW w:type="dxa" w:w="1440"/>
          </w:tcPr>
          <w:p>
            <w:r>
              <w:t>08/10/2025 – 08/10/2026</w:t>
            </w:r>
          </w:p>
        </w:tc>
        <w:tc>
          <w:tcPr>
            <w:tcW w:type="dxa" w:w="1440"/>
          </w:tcPr>
          <w:p>
            <w:r>
              <w:rPr>
                <w:highlight w:val="yellow"/>
              </w:rPr>
              <w:t>rellenar</w:t>
            </w:r>
          </w:p>
        </w:tc>
      </w:tr>
      <w:tr>
        <w:tc>
          <w:tcPr>
            <w:tcW w:type="dxa" w:w="1440"/>
          </w:tcPr>
          <w:p>
            <w:r>
              <w:t>Contratación de una plataforma de receta digital, entendiendo por este concepto un sistema que permita emitir recetas desde los centros de Mutualia, y que el paciente pueda recoger sus fármacos en la farmacia prescindiendo de una receta en papel · exp. 2023/118/01</w:t>
            </w:r>
          </w:p>
        </w:tc>
        <w:tc>
          <w:tcPr>
            <w:tcW w:type="dxa" w:w="1440"/>
          </w:tcPr>
          <w:p>
            <w:r>
              <w:t>Dirección Gerencia de Mutualia, Mutua Colaboradora con la Seguridad Social nº 02 · NIF G95471165</w:t>
            </w:r>
          </w:p>
        </w:tc>
        <w:tc>
          <w:tcPr>
            <w:tcW w:type="dxa" w:w="1440"/>
          </w:tcPr>
          <w:p>
            <w:r>
              <w:t>28.612,50 €</w:t>
            </w:r>
          </w:p>
        </w:tc>
        <w:tc>
          <w:tcPr>
            <w:tcW w:type="dxa" w:w="1440"/>
          </w:tcPr>
          <w:p>
            <w:r>
              <w:t>04/01/2024</w:t>
            </w:r>
          </w:p>
        </w:tc>
        <w:tc>
          <w:tcPr>
            <w:tcW w:type="dxa" w:w="1440"/>
          </w:tcPr>
          <w:p>
            <w:r>
              <w:t>04/02/2024 – 04/02/2025</w:t>
            </w:r>
          </w:p>
        </w:tc>
        <w:tc>
          <w:tcPr>
            <w:tcW w:type="dxa" w:w="1440"/>
          </w:tcPr>
          <w:p>
            <w:r>
              <w:rPr>
                <w:highlight w:val="yellow"/>
              </w:rPr>
              <w:t>rellenar</w:t>
            </w:r>
          </w:p>
        </w:tc>
      </w:tr>
    </w:tbl>
    <w:p/>
    <w:p>
      <w:r>
        <w:rPr>
          <w:b/>
        </w:rPr>
        <w:t>Importe adjudicado en el periodo: 89.612,50 €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Gerencia umivale Activa, Mutua Colaboradora con la Seguridad Social número 3 (NIF G96236443)</w:t>
      </w:r>
    </w:p>
    <w:p>
      <w:r>
        <w:t xml:space="preserve">DELONIA SOFTWARE S.L., con NIF B85975266, adjudicataria del contrato «Contratación de una solución homologada para la generación de recetas electrónicas desde la aplicación de salud de umivale Activa», expediente SER-25-0298-CUR, adjudicado el 08/09/2025 por 61.000,00 €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08/10/2025 a 08/10/2026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Gerencia de Mutualia, Mutua Colaboradora con la Seguridad Social nº 02 (NIF G95471165)</w:t>
      </w:r>
    </w:p>
    <w:p>
      <w:r>
        <w:t xml:space="preserve">DELONIA SOFTWARE S.L., con NIF B85975266, adjudicataria del contrato «Contratación de una plataforma de receta digital, entendiendo por este concepto un sistema que permita emitir recetas desde los centros de Mutualia, y que el paciente pueda recoger sus fármacos en la farmacia prescindiendo de una receta en papel», expediente 2023/118/01, adjudicado el 04/01/2024 por 28.612,50 €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04/02/2024 a 04/02/2025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