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DEHESA EL VALLEJO SL</w:t>
      </w:r>
    </w:p>
    <w:p>
      <w:r>
        <w:t>NIF B86776143. Contratos públicos adjudicados en los tres últimos años (servicios), del 01/11/2023 al 01/11/2026,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Contrato de suministro de reses con motivo de los espectaculos taurinos en las fiestas patronales 2024 (4 LOTES) (lote 1) · exp. 43/2024 Copia</w:t>
            </w:r>
          </w:p>
        </w:tc>
        <w:tc>
          <w:tcPr>
            <w:tcW w:type="dxa" w:w="1440"/>
          </w:tcPr>
          <w:p>
            <w:r>
              <w:t>Ayuntamiento de Galapagar · NIF P2806100J</w:t>
            </w:r>
          </w:p>
        </w:tc>
        <w:tc>
          <w:tcPr>
            <w:tcW w:type="dxa" w:w="1440"/>
          </w:tcPr>
          <w:p>
            <w:r>
              <w:t>16.700,00 €</w:t>
            </w:r>
          </w:p>
        </w:tc>
        <w:tc>
          <w:tcPr>
            <w:tcW w:type="dxa" w:w="1440"/>
          </w:tcPr>
          <w:p>
            <w:r>
              <w:t>21/08/2024</w:t>
            </w:r>
          </w:p>
        </w:tc>
        <w:tc>
          <w:tcPr>
            <w:tcW w:type="dxa" w:w="1440"/>
          </w:tcPr>
          <w:p>
            <w:r>
              <w:t>28/08/2024 – 31/08/2024</w:t>
            </w:r>
          </w:p>
        </w:tc>
        <w:tc>
          <w:tcPr>
            <w:tcW w:type="dxa" w:w="1440"/>
          </w:tcPr>
          <w:p>
            <w:r>
              <w:rPr>
                <w:highlight w:val="yellow"/>
              </w:rPr>
              <w:t>rellenar</w:t>
            </w:r>
          </w:p>
        </w:tc>
      </w:tr>
      <w:tr>
        <w:tc>
          <w:tcPr>
            <w:tcW w:type="dxa" w:w="1440"/>
          </w:tcPr>
          <w:p>
            <w:r>
              <w:t>El objeto del contrato está definido en la necesidad del suministro del ganado de lidia para la realización de los festejos taurinos en El Boalo, Cerceda y Mataelpino. (lote 2) · exp. 1947/2024</w:t>
            </w:r>
          </w:p>
        </w:tc>
        <w:tc>
          <w:tcPr>
            <w:tcW w:type="dxa" w:w="1440"/>
          </w:tcPr>
          <w:p>
            <w:r>
              <w:t>Ayuntamiento de El Boalo · NIF P2802300J</w:t>
            </w:r>
          </w:p>
        </w:tc>
        <w:tc>
          <w:tcPr>
            <w:tcW w:type="dxa" w:w="1440"/>
          </w:tcPr>
          <w:p>
            <w:r>
              <w:t>12.000,00 €</w:t>
            </w:r>
          </w:p>
        </w:tc>
        <w:tc>
          <w:tcPr>
            <w:tcW w:type="dxa" w:w="1440"/>
          </w:tcPr>
          <w:p>
            <w:r>
              <w:t>21/08/2024</w:t>
            </w:r>
          </w:p>
        </w:tc>
        <w:tc>
          <w:tcPr>
            <w:tcW w:type="dxa" w:w="1440"/>
          </w:tcPr>
          <w:p>
            <w:r>
              <w:t>21/09/2024 – 21/11/2024</w:t>
            </w:r>
          </w:p>
        </w:tc>
        <w:tc>
          <w:tcPr>
            <w:tcW w:type="dxa" w:w="1440"/>
          </w:tcPr>
          <w:p>
            <w:r>
              <w:rPr>
                <w:highlight w:val="yellow"/>
              </w:rPr>
              <w:t>rellenar</w:t>
            </w:r>
          </w:p>
        </w:tc>
      </w:tr>
      <w:tr>
        <w:tc>
          <w:tcPr>
            <w:tcW w:type="dxa" w:w="1440"/>
          </w:tcPr>
          <w:p>
            <w:r>
              <w:t>El objeto del contrato está definido en la necesidad del suministro del ganado de lidia para la realización de los festejos taurinos en El Boalo, Cerceda y Mataelpino. (lote 5) · exp. 1947/2024</w:t>
            </w:r>
          </w:p>
        </w:tc>
        <w:tc>
          <w:tcPr>
            <w:tcW w:type="dxa" w:w="1440"/>
          </w:tcPr>
          <w:p>
            <w:r>
              <w:t>Ayuntamiento de El Boalo · NIF P2802300J</w:t>
            </w:r>
          </w:p>
        </w:tc>
        <w:tc>
          <w:tcPr>
            <w:tcW w:type="dxa" w:w="1440"/>
          </w:tcPr>
          <w:p>
            <w:r>
              <w:t>12.400,00 €</w:t>
            </w:r>
          </w:p>
        </w:tc>
        <w:tc>
          <w:tcPr>
            <w:tcW w:type="dxa" w:w="1440"/>
          </w:tcPr>
          <w:p>
            <w:r>
              <w:t>21/08/2024</w:t>
            </w:r>
          </w:p>
        </w:tc>
        <w:tc>
          <w:tcPr>
            <w:tcW w:type="dxa" w:w="1440"/>
          </w:tcPr>
          <w:p>
            <w:r>
              <w:t>21/09/2024 – 21/11/2024</w:t>
            </w:r>
          </w:p>
        </w:tc>
        <w:tc>
          <w:tcPr>
            <w:tcW w:type="dxa" w:w="1440"/>
          </w:tcPr>
          <w:p>
            <w:r>
              <w:rPr>
                <w:highlight w:val="yellow"/>
              </w:rPr>
              <w:t>rellenar</w:t>
            </w:r>
          </w:p>
        </w:tc>
      </w:tr>
    </w:tbl>
    <w:p/>
    <w:p>
      <w:r>
        <w:rPr>
          <w:b/>
        </w:rPr>
        <w:t>Importe adjudicado en el periodo: 41.100,00 €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Galapagar (NIF P2806100J)</w:t>
      </w:r>
    </w:p>
    <w:p>
      <w:r>
        <w:t xml:space="preserve">DEHESA EL VALLEJO SL, con NIF B86776143, adjudicataria del contrato «Contrato de suministro de reses con motivo de los espectaculos taurinos en las fiestas patronales 2024 (4 LOTES)», lote 1, expediente 43/2024 Copia, adjudicado el 21/08/2024 por 16.700,00 €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28/08/2024 a 31/08/2024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El Boalo (NIF P2802300J)</w:t>
      </w:r>
    </w:p>
    <w:p>
      <w:r>
        <w:t xml:space="preserve">DEHESA EL VALLEJO SL, con NIF B86776143, adjudicataria del contrato «El objeto del contrato está definido en la necesidad del suministro del ganado de lidia para la realización de los festejos taurinos en El Boalo, Cerceda y Mataelpino.», lote 2, expediente 1947/2024, adjudicado el 21/08/2024 por 12.000,00 €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21/09/2024 a 21/11/2024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El Boalo (NIF P2802300J)</w:t>
      </w:r>
    </w:p>
    <w:p>
      <w:r>
        <w:t xml:space="preserve">DEHESA EL VALLEJO SL, con NIF B86776143, adjudicataria del contrato «El objeto del contrato está definido en la necesidad del suministro del ganado de lidia para la realización de los festejos taurinos en El Boalo, Cerceda y Mataelpino.», lote 5, expediente 1947/2024, adjudicado el 21/08/2024 por 12.400,00 €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21/09/2024 a 21/11/2024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