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ATA FRAME TEK, SL</w:t>
      </w:r>
    </w:p>
    <w:p>
      <w:r>
        <w:t>NIF B01733716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